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page" w:horzAnchor="margin" w:tblpY="691"/>
        <w:tblW w:w="51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73"/>
        <w:gridCol w:w="2389"/>
        <w:gridCol w:w="3879"/>
      </w:tblGrid>
      <w:tr w:rsidR="009F0B38" w:rsidRPr="00F024D0" w14:paraId="6D9D2A26" w14:textId="77777777" w:rsidTr="00651486">
        <w:trPr>
          <w:cantSplit/>
          <w:trHeight w:val="1787"/>
        </w:trPr>
        <w:tc>
          <w:tcPr>
            <w:tcW w:w="1495" w:type="pct"/>
          </w:tcPr>
          <w:p w14:paraId="5FD26948" w14:textId="77777777" w:rsidR="009F0B38" w:rsidRPr="00F024D0" w:rsidRDefault="009F0B38" w:rsidP="005C1982">
            <w:pPr>
              <w:pStyle w:val="Pidipagina"/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F024D0">
              <w:rPr>
                <w:rFonts w:ascii="Times New Roman" w:hAnsi="Times New Roman" w:cs="Times New Roman"/>
                <w:sz w:val="24"/>
                <w:szCs w:val="24"/>
              </w:rPr>
              <w:t>Protocollo</w:t>
            </w:r>
          </w:p>
        </w:tc>
        <w:tc>
          <w:tcPr>
            <w:tcW w:w="1336" w:type="pct"/>
          </w:tcPr>
          <w:p w14:paraId="261DC7A6" w14:textId="77777777" w:rsidR="009F0B38" w:rsidRPr="00F024D0" w:rsidRDefault="009F0B38" w:rsidP="005C1982">
            <w:pPr>
              <w:spacing w:before="120" w:after="120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sz w:val="24"/>
                <w:szCs w:val="24"/>
              </w:rPr>
              <w:t>Timbro d’arrivo</w:t>
            </w:r>
          </w:p>
        </w:tc>
        <w:tc>
          <w:tcPr>
            <w:tcW w:w="2169" w:type="pct"/>
            <w:tcBorders>
              <w:top w:val="nil"/>
              <w:bottom w:val="nil"/>
              <w:right w:val="nil"/>
            </w:tcBorders>
            <w:vAlign w:val="center"/>
          </w:tcPr>
          <w:p w14:paraId="5F80F2A3" w14:textId="77777777" w:rsidR="009F0B38" w:rsidRPr="00F024D0" w:rsidRDefault="009F0B38" w:rsidP="005C1982">
            <w:pPr>
              <w:pStyle w:val="Titolo1"/>
              <w:spacing w:before="120" w:after="1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Comune di Sezze</w:t>
            </w:r>
          </w:p>
          <w:p w14:paraId="70E92E0E" w14:textId="77777777" w:rsidR="00EA6B93" w:rsidRPr="00F024D0" w:rsidRDefault="00EA6B93" w:rsidP="005C1982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Settore I </w:t>
            </w:r>
            <w:r w:rsidR="009F0B38" w:rsidRPr="00F024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C98BCEE" w14:textId="77777777" w:rsidR="009F0B38" w:rsidRPr="00F024D0" w:rsidRDefault="009F0B38" w:rsidP="005C1982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b/>
                <w:sz w:val="24"/>
                <w:szCs w:val="24"/>
              </w:rPr>
              <w:t>Affari Generali e Patrimonio</w:t>
            </w:r>
          </w:p>
          <w:p w14:paraId="4A94DB64" w14:textId="77777777" w:rsidR="009F0B38" w:rsidRPr="00F024D0" w:rsidRDefault="009F0B38" w:rsidP="005C1982">
            <w:pPr>
              <w:pStyle w:val="formatazionemodulo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sz w:val="24"/>
                <w:szCs w:val="24"/>
              </w:rPr>
              <w:t>Via A. Diaz, 1</w:t>
            </w:r>
          </w:p>
          <w:p w14:paraId="4BB15881" w14:textId="77777777" w:rsidR="009F0B38" w:rsidRPr="00F024D0" w:rsidRDefault="009F0B38" w:rsidP="005C1982">
            <w:pPr>
              <w:pStyle w:val="formatazionemodulo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4D0">
              <w:rPr>
                <w:rFonts w:ascii="Times New Roman" w:hAnsi="Times New Roman" w:cs="Times New Roman"/>
                <w:sz w:val="24"/>
                <w:szCs w:val="24"/>
              </w:rPr>
              <w:t xml:space="preserve">04018 Sezze (LT) </w:t>
            </w:r>
          </w:p>
        </w:tc>
      </w:tr>
    </w:tbl>
    <w:p w14:paraId="53B98981" w14:textId="77777777" w:rsidR="00002148" w:rsidRDefault="00002148" w:rsidP="00002148">
      <w:pPr>
        <w:spacing w:before="120" w:after="1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C8EFA45" w14:textId="77777777" w:rsidR="00002148" w:rsidRDefault="00002148" w:rsidP="00002148">
      <w:pPr>
        <w:spacing w:before="120" w:after="1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166D31D" w14:textId="0FDD017E" w:rsidR="009F0B38" w:rsidRPr="00F024D0" w:rsidRDefault="00DF4F16" w:rsidP="00002148">
      <w:pPr>
        <w:spacing w:before="120" w:after="120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024D0">
        <w:rPr>
          <w:rFonts w:ascii="Times New Roman" w:hAnsi="Times New Roman" w:cs="Times New Roman"/>
          <w:b/>
          <w:sz w:val="24"/>
          <w:szCs w:val="24"/>
        </w:rPr>
        <w:t>Busta</w:t>
      </w:r>
      <w:proofErr w:type="spellEnd"/>
      <w:r w:rsidRPr="00F024D0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9F0B38" w:rsidRPr="00F024D0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9F0B38" w:rsidRPr="00F024D0">
        <w:rPr>
          <w:rFonts w:ascii="Times New Roman" w:hAnsi="Times New Roman" w:cs="Times New Roman"/>
          <w:b/>
          <w:sz w:val="24"/>
          <w:szCs w:val="24"/>
        </w:rPr>
        <w:t>Allegato</w:t>
      </w:r>
      <w:proofErr w:type="spellEnd"/>
      <w:r w:rsidR="009F0B38" w:rsidRPr="00F024D0">
        <w:rPr>
          <w:rFonts w:ascii="Times New Roman" w:hAnsi="Times New Roman" w:cs="Times New Roman"/>
          <w:b/>
          <w:sz w:val="24"/>
          <w:szCs w:val="24"/>
        </w:rPr>
        <w:t xml:space="preserve"> B </w:t>
      </w:r>
    </w:p>
    <w:p w14:paraId="20BDDB2D" w14:textId="77777777" w:rsidR="009F0B38" w:rsidRPr="00F024D0" w:rsidRDefault="009F0B38" w:rsidP="00A3598C">
      <w:pPr>
        <w:pStyle w:val="NormaleWeb"/>
        <w:spacing w:after="0" w:line="240" w:lineRule="auto"/>
        <w:jc w:val="center"/>
        <w:rPr>
          <w:b/>
          <w:bCs/>
          <w:color w:val="000000"/>
        </w:rPr>
      </w:pPr>
      <w:r w:rsidRPr="00F024D0">
        <w:rPr>
          <w:b/>
          <w:bCs/>
          <w:color w:val="000000"/>
        </w:rPr>
        <w:t>Dichiarazione sostitutiva di certificazione</w:t>
      </w:r>
    </w:p>
    <w:p w14:paraId="2E8E0672" w14:textId="77777777" w:rsidR="001862E0" w:rsidRPr="00F024D0" w:rsidRDefault="002A33B1" w:rsidP="00A3598C">
      <w:pPr>
        <w:jc w:val="center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(ai sensi degli artt. 46 e 47 del D.P.R. 28 dicembre 2000, n. 445)</w:t>
      </w:r>
    </w:p>
    <w:p w14:paraId="199A06A1" w14:textId="686556AA" w:rsidR="001862E0" w:rsidRPr="00F024D0" w:rsidRDefault="002A33B1" w:rsidP="00FD590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24D0">
        <w:rPr>
          <w:rFonts w:ascii="Times New Roman" w:hAnsi="Times New Roman" w:cs="Times New Roman"/>
          <w:sz w:val="24"/>
          <w:szCs w:val="24"/>
        </w:rPr>
        <w:t>Oggetto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Partecipazione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al</w:t>
      </w:r>
      <w:r w:rsidR="00002148">
        <w:rPr>
          <w:rFonts w:ascii="Times New Roman" w:hAnsi="Times New Roman" w:cs="Times New Roman"/>
          <w:sz w:val="24"/>
          <w:szCs w:val="24"/>
        </w:rPr>
        <w:t>l’indagine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proofErr w:type="gramStart"/>
      <w:r w:rsidR="00002148">
        <w:rPr>
          <w:rFonts w:ascii="Times New Roman" w:hAnsi="Times New Roman" w:cs="Times New Roman"/>
          <w:sz w:val="24"/>
          <w:szCs w:val="24"/>
        </w:rPr>
        <w:t>mercato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r w:rsidRPr="00F024D0">
        <w:rPr>
          <w:rFonts w:ascii="Times New Roman" w:hAnsi="Times New Roman" w:cs="Times New Roman"/>
          <w:sz w:val="24"/>
          <w:szCs w:val="24"/>
        </w:rPr>
        <w:t xml:space="preserve"> per</w:t>
      </w:r>
      <w:proofErr w:type="gramEnd"/>
      <w:r w:rsidRPr="00F024D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ricerca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di un immobile da adibire a sede del </w:t>
      </w:r>
      <w:r w:rsidR="00A3598C" w:rsidRPr="00F024D0">
        <w:rPr>
          <w:rFonts w:ascii="Times New Roman" w:hAnsi="Times New Roman" w:cs="Times New Roman"/>
          <w:sz w:val="24"/>
          <w:szCs w:val="24"/>
        </w:rPr>
        <w:t>“</w:t>
      </w:r>
      <w:r w:rsidRPr="00F024D0">
        <w:rPr>
          <w:rFonts w:ascii="Times New Roman" w:hAnsi="Times New Roman" w:cs="Times New Roman"/>
          <w:b/>
          <w:sz w:val="24"/>
          <w:szCs w:val="24"/>
        </w:rPr>
        <w:t xml:space="preserve">Centro Sociale Anziani del </w:t>
      </w:r>
      <w:r w:rsidR="00171D3B" w:rsidRPr="00F024D0">
        <w:rPr>
          <w:rFonts w:ascii="Times New Roman" w:hAnsi="Times New Roman" w:cs="Times New Roman"/>
          <w:b/>
          <w:sz w:val="24"/>
          <w:szCs w:val="24"/>
        </w:rPr>
        <w:t>Comune di Sezze</w:t>
      </w:r>
      <w:r w:rsidR="00A3598C" w:rsidRPr="00F024D0">
        <w:rPr>
          <w:rFonts w:ascii="Times New Roman" w:hAnsi="Times New Roman" w:cs="Times New Roman"/>
          <w:b/>
          <w:sz w:val="24"/>
          <w:szCs w:val="24"/>
        </w:rPr>
        <w:t xml:space="preserve"> – loc. Sezze Scalo</w:t>
      </w:r>
      <w:r w:rsidR="00A3598C" w:rsidRPr="00F024D0">
        <w:rPr>
          <w:rFonts w:ascii="Times New Roman" w:hAnsi="Times New Roman" w:cs="Times New Roman"/>
          <w:sz w:val="24"/>
          <w:szCs w:val="24"/>
        </w:rPr>
        <w:t>”.</w:t>
      </w:r>
    </w:p>
    <w:p w14:paraId="44FCFF57" w14:textId="77777777" w:rsidR="001862E0" w:rsidRPr="00F024D0" w:rsidRDefault="002A33B1" w:rsidP="005C1982">
      <w:pPr>
        <w:pStyle w:val="Titolo2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024D0">
        <w:rPr>
          <w:rFonts w:ascii="Times New Roman" w:hAnsi="Times New Roman" w:cs="Times New Roman"/>
          <w:color w:val="auto"/>
          <w:sz w:val="24"/>
          <w:szCs w:val="24"/>
        </w:rPr>
        <w:t>DATI DEL DICHIARANTE</w:t>
      </w:r>
    </w:p>
    <w:p w14:paraId="38DC96EE" w14:textId="32B937C8" w:rsidR="00537734" w:rsidRPr="00F024D0" w:rsidRDefault="00A3598C" w:rsidP="00537734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Il/La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sottoscritto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/a </w:t>
      </w:r>
      <w:r w:rsidR="00537734" w:rsidRPr="00F024D0">
        <w:rPr>
          <w:rFonts w:ascii="Times New Roman" w:hAnsi="Times New Roman" w:cs="Times New Roman"/>
          <w:sz w:val="24"/>
          <w:szCs w:val="24"/>
        </w:rPr>
        <w:t>__________________________________________</w:t>
      </w:r>
      <w:r w:rsidR="00FD590C">
        <w:rPr>
          <w:rFonts w:ascii="Times New Roman" w:hAnsi="Times New Roman" w:cs="Times New Roman"/>
          <w:sz w:val="24"/>
          <w:szCs w:val="24"/>
        </w:rPr>
        <w:t>______________</w:t>
      </w:r>
      <w:r w:rsidR="002A33B1" w:rsidRPr="00F024D0">
        <w:rPr>
          <w:rFonts w:ascii="Times New Roman" w:hAnsi="Times New Roman" w:cs="Times New Roman"/>
          <w:sz w:val="24"/>
          <w:szCs w:val="24"/>
        </w:rPr>
        <w:br/>
        <w:t xml:space="preserve">Nome e </w:t>
      </w:r>
      <w:proofErr w:type="spellStart"/>
      <w:r w:rsidR="002A33B1" w:rsidRPr="00F024D0">
        <w:rPr>
          <w:rFonts w:ascii="Times New Roman" w:hAnsi="Times New Roman" w:cs="Times New Roman"/>
          <w:sz w:val="24"/>
          <w:szCs w:val="24"/>
        </w:rPr>
        <w:t>Cognome</w:t>
      </w:r>
      <w:proofErr w:type="spellEnd"/>
      <w:r w:rsidR="002A33B1" w:rsidRPr="00F024D0">
        <w:rPr>
          <w:rFonts w:ascii="Times New Roman" w:hAnsi="Times New Roman" w:cs="Times New Roman"/>
          <w:sz w:val="24"/>
          <w:szCs w:val="24"/>
        </w:rPr>
        <w:t>: __________________________________________</w:t>
      </w:r>
      <w:r w:rsidR="00FD590C">
        <w:rPr>
          <w:rFonts w:ascii="Times New Roman" w:hAnsi="Times New Roman" w:cs="Times New Roman"/>
          <w:sz w:val="24"/>
          <w:szCs w:val="24"/>
        </w:rPr>
        <w:t>______________</w:t>
      </w:r>
      <w:r w:rsidR="002A33B1" w:rsidRPr="00F024D0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2A33B1" w:rsidRPr="00F024D0">
        <w:rPr>
          <w:rFonts w:ascii="Times New Roman" w:hAnsi="Times New Roman" w:cs="Times New Roman"/>
          <w:sz w:val="24"/>
          <w:szCs w:val="24"/>
        </w:rPr>
        <w:t>Nato</w:t>
      </w:r>
      <w:proofErr w:type="spellEnd"/>
      <w:r w:rsidR="002A33B1" w:rsidRPr="00F024D0">
        <w:rPr>
          <w:rFonts w:ascii="Times New Roman" w:hAnsi="Times New Roman" w:cs="Times New Roman"/>
          <w:sz w:val="24"/>
          <w:szCs w:val="24"/>
        </w:rPr>
        <w:t>/a a: ____________________________ il ________________</w:t>
      </w:r>
      <w:r w:rsidR="00FD590C">
        <w:rPr>
          <w:rFonts w:ascii="Times New Roman" w:hAnsi="Times New Roman" w:cs="Times New Roman"/>
          <w:sz w:val="24"/>
          <w:szCs w:val="24"/>
        </w:rPr>
        <w:t>__________________</w:t>
      </w:r>
      <w:r w:rsidR="002A33B1" w:rsidRPr="00F024D0">
        <w:rPr>
          <w:rFonts w:ascii="Times New Roman" w:hAnsi="Times New Roman" w:cs="Times New Roman"/>
          <w:sz w:val="24"/>
          <w:szCs w:val="24"/>
        </w:rPr>
        <w:br/>
        <w:t>Residente in: via/piazza ______</w:t>
      </w:r>
      <w:r w:rsidR="00537734" w:rsidRPr="00F024D0">
        <w:rPr>
          <w:rFonts w:ascii="Times New Roman" w:hAnsi="Times New Roman" w:cs="Times New Roman"/>
          <w:sz w:val="24"/>
          <w:szCs w:val="24"/>
        </w:rPr>
        <w:t>______________________ n. ___ CAP _____</w:t>
      </w:r>
      <w:r w:rsidR="00FD590C">
        <w:rPr>
          <w:rFonts w:ascii="Times New Roman" w:hAnsi="Times New Roman" w:cs="Times New Roman"/>
          <w:sz w:val="24"/>
          <w:szCs w:val="24"/>
        </w:rPr>
        <w:t>_________</w:t>
      </w:r>
    </w:p>
    <w:p w14:paraId="0196F8A3" w14:textId="015535C3" w:rsidR="00537734" w:rsidRPr="00F024D0" w:rsidRDefault="002A33B1" w:rsidP="00537734">
      <w:pPr>
        <w:pStyle w:val="Nessunaspaziatura"/>
        <w:rPr>
          <w:rFonts w:ascii="Times New Roman" w:hAnsi="Times New Roman" w:cs="Times New Roman"/>
          <w:sz w:val="24"/>
          <w:szCs w:val="24"/>
        </w:rPr>
      </w:pPr>
      <w:proofErr w:type="spellStart"/>
      <w:r w:rsidRPr="00F024D0">
        <w:rPr>
          <w:rFonts w:ascii="Times New Roman" w:hAnsi="Times New Roman" w:cs="Times New Roman"/>
          <w:sz w:val="24"/>
          <w:szCs w:val="24"/>
        </w:rPr>
        <w:t>Comune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__________________</w:t>
      </w:r>
      <w:r w:rsidR="00FD590C">
        <w:rPr>
          <w:rFonts w:ascii="Times New Roman" w:hAnsi="Times New Roman" w:cs="Times New Roman"/>
          <w:sz w:val="24"/>
          <w:szCs w:val="24"/>
        </w:rPr>
        <w:t>_</w:t>
      </w:r>
      <w:r w:rsidRPr="00F024D0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Codice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Fiscale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>: ________________________________</w:t>
      </w:r>
      <w:r w:rsidRPr="00F024D0">
        <w:rPr>
          <w:rFonts w:ascii="Times New Roman" w:hAnsi="Times New Roman" w:cs="Times New Roman"/>
          <w:sz w:val="24"/>
          <w:szCs w:val="24"/>
        </w:rPr>
        <w:br/>
        <w:t>Telefono / e-mail: ________________________________</w:t>
      </w:r>
      <w:r w:rsidRPr="00F024D0">
        <w:rPr>
          <w:rFonts w:ascii="Times New Roman" w:hAnsi="Times New Roman" w:cs="Times New Roman"/>
          <w:sz w:val="24"/>
          <w:szCs w:val="24"/>
        </w:rPr>
        <w:br/>
      </w:r>
      <w:r w:rsidRPr="00F024D0">
        <w:rPr>
          <w:rFonts w:ascii="Times New Roman" w:hAnsi="Times New Roman" w:cs="Times New Roman"/>
          <w:sz w:val="24"/>
          <w:szCs w:val="24"/>
        </w:rPr>
        <w:br/>
        <w:t>in qualità di (barrare la voce che interessa):</w:t>
      </w:r>
      <w:r w:rsidRPr="00F024D0">
        <w:rPr>
          <w:rFonts w:ascii="Times New Roman" w:hAnsi="Times New Roman" w:cs="Times New Roman"/>
          <w:sz w:val="24"/>
          <w:szCs w:val="24"/>
        </w:rPr>
        <w:br/>
      </w:r>
      <w:r w:rsidRPr="00F024D0">
        <w:rPr>
          <w:rFonts w:ascii="Segoe UI Symbol" w:eastAsia="MS Gothic" w:hAnsi="Segoe UI Symbol" w:cs="Segoe UI Symbol"/>
          <w:sz w:val="24"/>
          <w:szCs w:val="24"/>
        </w:rPr>
        <w:t>☐</w:t>
      </w:r>
      <w:r w:rsidRPr="00F024D0">
        <w:rPr>
          <w:rFonts w:ascii="Times New Roman" w:hAnsi="Times New Roman" w:cs="Times New Roman"/>
          <w:sz w:val="24"/>
          <w:szCs w:val="24"/>
        </w:rPr>
        <w:t xml:space="preserve"> proprietario/a dell’immobile</w:t>
      </w:r>
      <w:r w:rsidRPr="00F024D0">
        <w:rPr>
          <w:rFonts w:ascii="Times New Roman" w:hAnsi="Times New Roman" w:cs="Times New Roman"/>
          <w:sz w:val="24"/>
          <w:szCs w:val="24"/>
        </w:rPr>
        <w:br/>
      </w:r>
      <w:r w:rsidRPr="00F024D0">
        <w:rPr>
          <w:rFonts w:ascii="Segoe UI Symbol" w:eastAsia="MS Gothic" w:hAnsi="Segoe UI Symbol" w:cs="Segoe UI Symbol"/>
          <w:sz w:val="24"/>
          <w:szCs w:val="24"/>
        </w:rPr>
        <w:t>☐</w:t>
      </w:r>
      <w:r w:rsidRPr="00F024D0">
        <w:rPr>
          <w:rFonts w:ascii="Times New Roman" w:hAnsi="Times New Roman" w:cs="Times New Roman"/>
          <w:sz w:val="24"/>
          <w:szCs w:val="24"/>
        </w:rPr>
        <w:t xml:space="preserve"> rappresentante legale della società / ente / soggetto giuridico denominato _________________</w:t>
      </w:r>
      <w:r w:rsidR="00537734" w:rsidRPr="00F024D0">
        <w:rPr>
          <w:rFonts w:ascii="Times New Roman" w:hAnsi="Times New Roman" w:cs="Times New Roman"/>
          <w:sz w:val="24"/>
          <w:szCs w:val="24"/>
        </w:rPr>
        <w:t>____________ con sede legale in_________________</w:t>
      </w:r>
    </w:p>
    <w:p w14:paraId="17CD4655" w14:textId="77777777" w:rsidR="001862E0" w:rsidRPr="00F024D0" w:rsidRDefault="002A33B1" w:rsidP="00537734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 C.F./P.IVA ___________________</w:t>
      </w:r>
      <w:r w:rsidRPr="00F024D0">
        <w:rPr>
          <w:rFonts w:ascii="Times New Roman" w:hAnsi="Times New Roman" w:cs="Times New Roman"/>
          <w:sz w:val="24"/>
          <w:szCs w:val="24"/>
        </w:rPr>
        <w:br/>
      </w:r>
    </w:p>
    <w:p w14:paraId="390FD870" w14:textId="77777777" w:rsidR="001862E0" w:rsidRPr="00F024D0" w:rsidRDefault="002A33B1" w:rsidP="00923B36">
      <w:pPr>
        <w:pStyle w:val="Titolo2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F024D0">
        <w:rPr>
          <w:rFonts w:ascii="Times New Roman" w:hAnsi="Times New Roman" w:cs="Times New Roman"/>
          <w:color w:val="auto"/>
          <w:sz w:val="24"/>
          <w:szCs w:val="24"/>
        </w:rPr>
        <w:t>DICHIARA SOTTO LA PROPRIA RESPONSABILITÀ</w:t>
      </w:r>
    </w:p>
    <w:p w14:paraId="2FEF1073" w14:textId="77777777" w:rsidR="001862E0" w:rsidRPr="00F024D0" w:rsidRDefault="002A33B1" w:rsidP="005C1982">
      <w:pPr>
        <w:pStyle w:val="Titolo3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color w:val="auto"/>
          <w:sz w:val="24"/>
          <w:szCs w:val="24"/>
        </w:rPr>
        <w:t>A. Requisiti generali e legittimazione</w:t>
      </w:r>
    </w:p>
    <w:p w14:paraId="0156E027" w14:textId="0CA31ECC" w:rsidR="001862E0" w:rsidRPr="00F024D0" w:rsidRDefault="002A33B1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- di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voler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partecipare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al</w:t>
      </w:r>
      <w:r w:rsidR="00002148">
        <w:rPr>
          <w:rFonts w:ascii="Times New Roman" w:hAnsi="Times New Roman" w:cs="Times New Roman"/>
          <w:sz w:val="24"/>
          <w:szCs w:val="24"/>
        </w:rPr>
        <w:t>la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ricerca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mercato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r w:rsidRPr="00F024D0">
        <w:rPr>
          <w:rFonts w:ascii="Times New Roman" w:hAnsi="Times New Roman" w:cs="Times New Roman"/>
          <w:sz w:val="24"/>
          <w:szCs w:val="24"/>
        </w:rPr>
        <w:t xml:space="preserve">del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Comune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9F0B38" w:rsidRPr="00F024D0">
        <w:rPr>
          <w:rFonts w:ascii="Times New Roman" w:hAnsi="Times New Roman" w:cs="Times New Roman"/>
          <w:sz w:val="24"/>
          <w:szCs w:val="24"/>
        </w:rPr>
        <w:t>Sezze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proofErr w:type="gramStart"/>
      <w:r w:rsidRPr="00F024D0">
        <w:rPr>
          <w:rFonts w:ascii="Times New Roman" w:hAnsi="Times New Roman" w:cs="Times New Roman"/>
          <w:sz w:val="24"/>
          <w:szCs w:val="24"/>
        </w:rPr>
        <w:t>l</w:t>
      </w:r>
      <w:r w:rsidR="00002148">
        <w:rPr>
          <w:rFonts w:ascii="Times New Roman" w:hAnsi="Times New Roman" w:cs="Times New Roman"/>
          <w:sz w:val="24"/>
          <w:szCs w:val="24"/>
        </w:rPr>
        <w:t>’individuazione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r w:rsidRPr="00F024D0">
        <w:rPr>
          <w:rFonts w:ascii="Times New Roman" w:hAnsi="Times New Roman" w:cs="Times New Roman"/>
          <w:sz w:val="24"/>
          <w:szCs w:val="24"/>
        </w:rPr>
        <w:t xml:space="preserve"> di</w:t>
      </w:r>
      <w:proofErr w:type="gramEnd"/>
      <w:r w:rsidRPr="00F024D0">
        <w:rPr>
          <w:rFonts w:ascii="Times New Roman" w:hAnsi="Times New Roman" w:cs="Times New Roman"/>
          <w:sz w:val="24"/>
          <w:szCs w:val="24"/>
        </w:rPr>
        <w:t xml:space="preserve"> un immobile da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destinare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sede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del Centro Sociale Anziani</w:t>
      </w:r>
      <w:r w:rsidR="00EA6B93" w:rsidRPr="00F024D0">
        <w:rPr>
          <w:rFonts w:ascii="Times New Roman" w:hAnsi="Times New Roman" w:cs="Times New Roman"/>
          <w:sz w:val="24"/>
          <w:szCs w:val="24"/>
        </w:rPr>
        <w:t xml:space="preserve"> – loc. Sezze Scalo</w:t>
      </w:r>
      <w:r w:rsidRPr="00F024D0">
        <w:rPr>
          <w:rFonts w:ascii="Times New Roman" w:hAnsi="Times New Roman" w:cs="Times New Roman"/>
          <w:sz w:val="24"/>
          <w:szCs w:val="24"/>
        </w:rPr>
        <w:t>;</w:t>
      </w:r>
    </w:p>
    <w:p w14:paraId="7CE1D982" w14:textId="77777777" w:rsidR="00537734" w:rsidRPr="00F024D0" w:rsidRDefault="00537734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7F6249E8" w14:textId="77777777" w:rsidR="001862E0" w:rsidRPr="00F024D0" w:rsidRDefault="002A33B1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di es</w:t>
      </w:r>
      <w:r w:rsidR="00537734" w:rsidRPr="00F024D0">
        <w:rPr>
          <w:rFonts w:ascii="Times New Roman" w:hAnsi="Times New Roman" w:cs="Times New Roman"/>
          <w:sz w:val="24"/>
          <w:szCs w:val="24"/>
        </w:rPr>
        <w:t xml:space="preserve">sere legittimamente titolato/a </w:t>
      </w:r>
      <w:r w:rsidRPr="00F024D0">
        <w:rPr>
          <w:rFonts w:ascii="Times New Roman" w:hAnsi="Times New Roman" w:cs="Times New Roman"/>
          <w:sz w:val="24"/>
          <w:szCs w:val="24"/>
        </w:rPr>
        <w:t>disporre dell’immobile oggetto di offerta, sito in ____________________________, identificato catastalmente al Foglio ___, Particella ___, Subalterno ___;</w:t>
      </w:r>
    </w:p>
    <w:p w14:paraId="78BA546C" w14:textId="77777777" w:rsidR="00537734" w:rsidRPr="00F024D0" w:rsidRDefault="00537734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1F4598EA" w14:textId="77777777" w:rsidR="001862E0" w:rsidRPr="00F024D0" w:rsidRDefault="002A33B1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che l’immobile è libero da vincoli, ipoteche, servitù o contenziosi che ne limitino la disponibilità o l’utilizzo da parte del Comune;</w:t>
      </w:r>
    </w:p>
    <w:p w14:paraId="4C080F37" w14:textId="77777777" w:rsidR="00537734" w:rsidRPr="00F024D0" w:rsidRDefault="00537734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6DC1DFBD" w14:textId="2A6727F4" w:rsidR="00FD590C" w:rsidRDefault="002A33B1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lastRenderedPageBreak/>
        <w:t xml:space="preserve">- che l’immobile è idoneo all’uso previsto, conforme alle disposizioni del D.P.R. 380/2001 (Testo unico dell’edilizia), del D.M. 5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luglio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1975 (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requisiti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igienico-sanitari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>)</w:t>
      </w:r>
      <w:r w:rsidR="00002148">
        <w:rPr>
          <w:rFonts w:ascii="Times New Roman" w:hAnsi="Times New Roman" w:cs="Times New Roman"/>
          <w:sz w:val="24"/>
          <w:szCs w:val="24"/>
        </w:rPr>
        <w:t>;</w:t>
      </w:r>
    </w:p>
    <w:p w14:paraId="59DD0C4A" w14:textId="77777777" w:rsidR="00002148" w:rsidRPr="00F024D0" w:rsidRDefault="00002148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</w:p>
    <w:p w14:paraId="6AC8BEE6" w14:textId="6D62C7FB" w:rsidR="001862E0" w:rsidRPr="00F024D0" w:rsidRDefault="002A33B1" w:rsidP="00537734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che l’immobile è dotato di regolare certificato di agibilità ai sensi dell’art. 24 del D.P.R. 380/2001</w:t>
      </w:r>
      <w:r w:rsidR="00002148">
        <w:rPr>
          <w:rFonts w:ascii="Times New Roman" w:hAnsi="Times New Roman" w:cs="Times New Roman"/>
          <w:sz w:val="24"/>
          <w:szCs w:val="24"/>
        </w:rPr>
        <w:t>;</w:t>
      </w:r>
    </w:p>
    <w:p w14:paraId="32505CCA" w14:textId="5DFB0ED9" w:rsidR="001862E0" w:rsidRPr="00F024D0" w:rsidRDefault="002A33B1" w:rsidP="005C1982">
      <w:pPr>
        <w:pStyle w:val="Titolo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024D0">
        <w:rPr>
          <w:rFonts w:ascii="Times New Roman" w:hAnsi="Times New Roman" w:cs="Times New Roman"/>
          <w:color w:val="auto"/>
          <w:sz w:val="24"/>
          <w:szCs w:val="24"/>
        </w:rPr>
        <w:t xml:space="preserve">B. Requisiti di ordine generale – </w:t>
      </w:r>
    </w:p>
    <w:p w14:paraId="79C7E981" w14:textId="468B7251" w:rsidR="004A5081" w:rsidRPr="004A5081" w:rsidRDefault="002A33B1" w:rsidP="004A5081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- di non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trovarsi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alcuna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cause di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esclusione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previste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dal</w:t>
      </w:r>
      <w:r w:rsidR="004A5081" w:rsidRPr="004A5081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</w:t>
      </w:r>
      <w:proofErr w:type="spellStart"/>
      <w:proofErr w:type="gramStart"/>
      <w:r w:rsidR="004A5081" w:rsidRPr="004A5081">
        <w:rPr>
          <w:rFonts w:ascii="Times New Roman" w:hAnsi="Times New Roman" w:cs="Times New Roman"/>
          <w:b/>
          <w:bCs/>
          <w:sz w:val="24"/>
          <w:szCs w:val="24"/>
          <w:lang w:val="it-IT"/>
        </w:rPr>
        <w:t>D.Lgs</w:t>
      </w:r>
      <w:proofErr w:type="gramEnd"/>
      <w:r w:rsidR="004A5081" w:rsidRPr="004A5081">
        <w:rPr>
          <w:rFonts w:ascii="Times New Roman" w:hAnsi="Times New Roman" w:cs="Times New Roman"/>
          <w:b/>
          <w:bCs/>
          <w:sz w:val="24"/>
          <w:szCs w:val="24"/>
          <w:lang w:val="it-IT"/>
        </w:rPr>
        <w:t>.</w:t>
      </w:r>
      <w:proofErr w:type="spellEnd"/>
      <w:r w:rsidR="004A5081" w:rsidRPr="004A5081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36/2023</w:t>
      </w:r>
      <w:r w:rsidR="004A5081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(Codice Appalti)</w:t>
      </w:r>
      <w:r w:rsidR="00D51ACD">
        <w:rPr>
          <w:rFonts w:ascii="Times New Roman" w:hAnsi="Times New Roman" w:cs="Times New Roman"/>
          <w:b/>
          <w:bCs/>
          <w:sz w:val="24"/>
          <w:szCs w:val="24"/>
          <w:lang w:val="it-IT"/>
        </w:rPr>
        <w:t>;</w:t>
      </w:r>
    </w:p>
    <w:p w14:paraId="089B4932" w14:textId="38A53BAF" w:rsidR="001862E0" w:rsidRPr="00F024D0" w:rsidRDefault="00002148" w:rsidP="005C1982">
      <w:pPr>
        <w:pStyle w:val="Titolo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2A33B1" w:rsidRPr="00F024D0">
        <w:rPr>
          <w:rFonts w:ascii="Times New Roman" w:hAnsi="Times New Roman" w:cs="Times New Roman"/>
          <w:color w:val="000000" w:themeColor="text1"/>
          <w:sz w:val="24"/>
          <w:szCs w:val="24"/>
        </w:rPr>
        <w:t>. Requisiti tecnici dell’immobile</w:t>
      </w:r>
    </w:p>
    <w:p w14:paraId="4853C1F4" w14:textId="5970F643" w:rsidR="001862E0" w:rsidRPr="00F024D0" w:rsidRDefault="002A33B1" w:rsidP="005C1982">
      <w:pPr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- che l’immobile rispetta le normative in materia di impianti elettrici e termici (D.M. 37/2008), barriere architettoniche (D.M. 236/1989 e L. 13/1989),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efficienza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energetica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proofErr w:type="gramStart"/>
      <w:r w:rsidRPr="00F024D0">
        <w:rPr>
          <w:rFonts w:ascii="Times New Roman" w:hAnsi="Times New Roman" w:cs="Times New Roman"/>
          <w:sz w:val="24"/>
          <w:szCs w:val="24"/>
        </w:rPr>
        <w:t>D.Lgs</w:t>
      </w:r>
      <w:proofErr w:type="spellEnd"/>
      <w:proofErr w:type="gramEnd"/>
      <w:r w:rsidRPr="00F024D0">
        <w:rPr>
          <w:rFonts w:ascii="Times New Roman" w:hAnsi="Times New Roman" w:cs="Times New Roman"/>
          <w:sz w:val="24"/>
          <w:szCs w:val="24"/>
        </w:rPr>
        <w:t xml:space="preserve">. 192/2005),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è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dotato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certificazione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APE</w:t>
      </w:r>
      <w:r w:rsidR="000021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ovvero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impegna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produrla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prima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stipula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contratto</w:t>
      </w:r>
      <w:proofErr w:type="spellEnd"/>
      <w:r w:rsidR="00002148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002148">
        <w:rPr>
          <w:rFonts w:ascii="Times New Roman" w:hAnsi="Times New Roman" w:cs="Times New Roman"/>
          <w:sz w:val="24"/>
          <w:szCs w:val="24"/>
        </w:rPr>
        <w:t>locazione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>;</w:t>
      </w:r>
    </w:p>
    <w:p w14:paraId="50448FB9" w14:textId="77777777" w:rsidR="001862E0" w:rsidRPr="00F024D0" w:rsidRDefault="002A33B1" w:rsidP="005C1982">
      <w:pPr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che l’immobile è dotato di utenze e accesso idoneo secondo le normative vigenti.</w:t>
      </w:r>
    </w:p>
    <w:p w14:paraId="714A7D20" w14:textId="055A248C" w:rsidR="001862E0" w:rsidRPr="00F024D0" w:rsidRDefault="00002148" w:rsidP="005C1982">
      <w:pPr>
        <w:pStyle w:val="Titolo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2A33B1" w:rsidRPr="00F024D0">
        <w:rPr>
          <w:rFonts w:ascii="Times New Roman" w:hAnsi="Times New Roman" w:cs="Times New Roman"/>
          <w:color w:val="000000" w:themeColor="text1"/>
          <w:sz w:val="24"/>
          <w:szCs w:val="24"/>
        </w:rPr>
        <w:t>. Dichiarazioni finali</w:t>
      </w:r>
    </w:p>
    <w:p w14:paraId="51AF3B6C" w14:textId="77777777" w:rsidR="001862E0" w:rsidRPr="00F024D0" w:rsidRDefault="002A33B1" w:rsidP="005C1982">
      <w:pPr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di impegnarsi, in caso di selezione, a stipulare contratto di locazione conforme agli artt. 1571 e seguenti del Codice Civile e alla L. 392/1978;</w:t>
      </w:r>
    </w:p>
    <w:p w14:paraId="4A876F62" w14:textId="77777777" w:rsidR="001862E0" w:rsidRPr="00F024D0" w:rsidRDefault="002A33B1" w:rsidP="005C1982">
      <w:pPr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di essere consapevole delle sanzioni penali previste dall’art. 76 del D.P.R. 445/2000 per dichiarazioni mendaci;</w:t>
      </w:r>
    </w:p>
    <w:p w14:paraId="48C8D193" w14:textId="77777777" w:rsidR="001862E0" w:rsidRDefault="002A33B1" w:rsidP="005C1982">
      <w:pPr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- di autorizzare il trattamento dei dati personali ai sensi del Regolamento UE 2016/679 (GDPR) e del D.Lgs. 196/2003.</w:t>
      </w:r>
    </w:p>
    <w:p w14:paraId="288F65AC" w14:textId="77777777" w:rsidR="00D51ACD" w:rsidRDefault="00D51ACD" w:rsidP="005C198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F7F221" w14:textId="37882E0E" w:rsidR="00D51ACD" w:rsidRPr="00D51ACD" w:rsidRDefault="00002148" w:rsidP="005C198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Luogo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e data</w:t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</w:t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>FIRMA</w:t>
      </w:r>
    </w:p>
    <w:p w14:paraId="0B5CA3E2" w14:textId="616C2EDA" w:rsidR="00D51ACD" w:rsidRPr="00D51ACD" w:rsidRDefault="00002148" w:rsidP="005C198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</w:t>
      </w:r>
      <w:r w:rsidR="00D51ACD" w:rsidRPr="00D51ACD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_______________________</w:t>
      </w:r>
    </w:p>
    <w:p w14:paraId="1D5A6546" w14:textId="77777777" w:rsidR="00D51ACD" w:rsidRPr="00F024D0" w:rsidRDefault="00D51ACD" w:rsidP="005C198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1CDF79" w14:textId="77777777" w:rsidR="00F024D0" w:rsidRPr="00F024D0" w:rsidRDefault="00F024D0" w:rsidP="00F024D0">
      <w:pPr>
        <w:rPr>
          <w:rFonts w:ascii="Times New Roman" w:hAnsi="Times New Roman" w:cs="Times New Roman"/>
          <w:sz w:val="24"/>
          <w:szCs w:val="24"/>
        </w:rPr>
      </w:pPr>
    </w:p>
    <w:p w14:paraId="7DB61472" w14:textId="77777777" w:rsidR="00F024D0" w:rsidRPr="00F024D0" w:rsidRDefault="00F024D0" w:rsidP="00F024D0">
      <w:pPr>
        <w:keepNext/>
        <w:spacing w:before="120" w:after="120"/>
        <w:jc w:val="both"/>
        <w:outlineLvl w:val="0"/>
        <w:rPr>
          <w:rFonts w:ascii="Times New Roman" w:hAnsi="Times New Roman" w:cs="Times New Roman"/>
          <w:b/>
          <w:kern w:val="32"/>
          <w:sz w:val="24"/>
          <w:szCs w:val="24"/>
        </w:rPr>
      </w:pPr>
      <w:r w:rsidRPr="00F024D0">
        <w:rPr>
          <w:rFonts w:ascii="Times New Roman" w:hAnsi="Times New Roman" w:cs="Times New Roman"/>
          <w:b/>
          <w:kern w:val="32"/>
          <w:sz w:val="24"/>
          <w:szCs w:val="24"/>
        </w:rPr>
        <w:t>INFORMATIVA SULLA PRIVACY AI SENSI DEL REGOLAMENTO EUROPEO PER LA PROTEZIONE DEI DATI 2016/679</w:t>
      </w:r>
    </w:p>
    <w:p w14:paraId="4D3B6468" w14:textId="77777777" w:rsidR="00F024D0" w:rsidRPr="00F024D0" w:rsidRDefault="00F024D0" w:rsidP="00F024D0">
      <w:pPr>
        <w:keepNext/>
        <w:spacing w:before="120" w:after="120"/>
        <w:jc w:val="both"/>
        <w:outlineLvl w:val="0"/>
        <w:rPr>
          <w:rFonts w:ascii="Times New Roman" w:hAnsi="Times New Roman" w:cs="Times New Roman"/>
          <w:kern w:val="32"/>
          <w:sz w:val="24"/>
          <w:szCs w:val="24"/>
        </w:rPr>
      </w:pPr>
    </w:p>
    <w:p w14:paraId="7A87C185" w14:textId="77777777" w:rsidR="00F024D0" w:rsidRPr="00F024D0" w:rsidRDefault="00F024D0" w:rsidP="00F024D0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La informiamo che i dati personali e sensibili da lei forniti e quelli che eventualmente fornirà anche successivamente formeranno oggetto di trattamento nel rispetto della normativa sopra richiamata.</w:t>
      </w:r>
    </w:p>
    <w:p w14:paraId="4518000E" w14:textId="77777777" w:rsidR="00F024D0" w:rsidRPr="00F024D0" w:rsidRDefault="00F024D0" w:rsidP="00F024D0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lastRenderedPageBreak/>
        <w:t>Per trattamento si intende la raccolta, registrazione, conservazione, elaborazione, modificazione, selezione, estrazione, raffronto, utilizzo, interconnessione, blocco, comunicazione, diffusione, cancellazione, distribuzione dei dati personali, ovvero la combinazione di due o più di tali operazioni.</w:t>
      </w:r>
    </w:p>
    <w:p w14:paraId="44C6F2ED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4D0">
        <w:rPr>
          <w:rFonts w:ascii="Times New Roman" w:hAnsi="Times New Roman" w:cs="Times New Roman"/>
          <w:b/>
          <w:sz w:val="24"/>
          <w:szCs w:val="24"/>
        </w:rPr>
        <w:t>Titolare del trattamento e DPO</w:t>
      </w:r>
    </w:p>
    <w:p w14:paraId="1F623FC6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Il titolare del trattamento dati è il Comune di Sezze, con sede legale in Via A. Diaz n. 1, Sezze (LT).</w:t>
      </w:r>
    </w:p>
    <w:p w14:paraId="173541F5" w14:textId="0DE23761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 xml:space="preserve">Il DPO (Responsabile della Protezione dei dati) a cui è possibile rivolgersi per esercitare i diritti di cui all’art. 13 del GDPR e/o per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eventuali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chiarimenti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materia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tutela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dati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personali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è la </w:t>
      </w:r>
      <w:proofErr w:type="spellStart"/>
      <w:r w:rsidRPr="00F024D0">
        <w:rPr>
          <w:rFonts w:ascii="Times New Roman" w:hAnsi="Times New Roman" w:cs="Times New Roman"/>
          <w:sz w:val="24"/>
          <w:szCs w:val="24"/>
        </w:rPr>
        <w:t>Dott.ssa</w:t>
      </w:r>
      <w:proofErr w:type="spellEnd"/>
      <w:r w:rsidRPr="00F024D0">
        <w:rPr>
          <w:rFonts w:ascii="Times New Roman" w:hAnsi="Times New Roman" w:cs="Times New Roman"/>
          <w:sz w:val="24"/>
          <w:szCs w:val="24"/>
        </w:rPr>
        <w:t xml:space="preserve"> </w:t>
      </w:r>
      <w:r w:rsidRPr="009B77AA">
        <w:rPr>
          <w:rFonts w:ascii="Times New Roman" w:hAnsi="Times New Roman" w:cs="Times New Roman"/>
          <w:sz w:val="24"/>
          <w:szCs w:val="24"/>
        </w:rPr>
        <w:t>Trina Pulido</w:t>
      </w:r>
      <w:r w:rsidR="009B77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77AA">
        <w:rPr>
          <w:rFonts w:ascii="Times New Roman" w:hAnsi="Times New Roman" w:cs="Times New Roman"/>
          <w:sz w:val="24"/>
          <w:szCs w:val="24"/>
        </w:rPr>
        <w:t>e.mail</w:t>
      </w:r>
      <w:proofErr w:type="spellEnd"/>
      <w:r w:rsidR="009B77AA">
        <w:rPr>
          <w:rFonts w:ascii="Times New Roman" w:hAnsi="Times New Roman" w:cs="Times New Roman"/>
          <w:sz w:val="24"/>
          <w:szCs w:val="24"/>
        </w:rPr>
        <w:t xml:space="preserve"> : </w:t>
      </w:r>
      <w:hyperlink r:id="rId6" w:history="1">
        <w:r w:rsidR="009B77AA" w:rsidRPr="000915DA">
          <w:rPr>
            <w:rStyle w:val="Collegamentoipertestuale"/>
            <w:rFonts w:ascii="Times New Roman" w:hAnsi="Times New Roman" w:cs="Times New Roman"/>
            <w:sz w:val="24"/>
            <w:szCs w:val="24"/>
          </w:rPr>
          <w:t>resp.dpo@comune.sezze.lt.it</w:t>
        </w:r>
      </w:hyperlink>
      <w:r w:rsidR="009B77A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30223A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4D0">
        <w:rPr>
          <w:rFonts w:ascii="Times New Roman" w:hAnsi="Times New Roman" w:cs="Times New Roman"/>
          <w:b/>
          <w:sz w:val="24"/>
          <w:szCs w:val="24"/>
        </w:rPr>
        <w:t>Finalità e modalità del trattamento</w:t>
      </w:r>
    </w:p>
    <w:p w14:paraId="5E9DFD2F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Il Comune di Sezze, titolare del trattamento, tratta i dati personali liberamente conferiti, esclusivamente per finalità istituzionali.</w:t>
      </w:r>
    </w:p>
    <w:p w14:paraId="6E06E67D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4D0">
        <w:rPr>
          <w:rFonts w:ascii="Times New Roman" w:hAnsi="Times New Roman" w:cs="Times New Roman"/>
          <w:b/>
          <w:sz w:val="24"/>
          <w:szCs w:val="24"/>
        </w:rPr>
        <w:t>Consenso</w:t>
      </w:r>
    </w:p>
    <w:p w14:paraId="19C53143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Il consenso del trattamento ai fini istituzionali è necessario ed obbligatorio per le finalità stesse.</w:t>
      </w:r>
    </w:p>
    <w:p w14:paraId="3CFFA7E3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4D0">
        <w:rPr>
          <w:rFonts w:ascii="Times New Roman" w:hAnsi="Times New Roman" w:cs="Times New Roman"/>
          <w:b/>
          <w:sz w:val="24"/>
          <w:szCs w:val="24"/>
        </w:rPr>
        <w:t>Periodo di conservazione</w:t>
      </w:r>
    </w:p>
    <w:p w14:paraId="36D8936C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 dati personali verranno conservati per un arco di tempo non superiore al conseguimento delle finalità per le quali i dati personali sono trattati (finalità istituzionali e non commerciali).</w:t>
      </w:r>
    </w:p>
    <w:p w14:paraId="2D9C558D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4D0">
        <w:rPr>
          <w:rFonts w:ascii="Times New Roman" w:hAnsi="Times New Roman" w:cs="Times New Roman"/>
          <w:b/>
          <w:sz w:val="24"/>
          <w:szCs w:val="24"/>
        </w:rPr>
        <w:t>Diritti del cittadino</w:t>
      </w:r>
    </w:p>
    <w:p w14:paraId="618AC85B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Il cittadino avrà in qualsiasi momento piena facoltà di esercitare i diritti previsti dalla normativa vigente; potrà far valere i propri diritti rivolgendosi al Comune di Sezze, scrivendo all’indirizzo Via A. Diaz n.1.</w:t>
      </w:r>
    </w:p>
    <w:p w14:paraId="24352580" w14:textId="77777777" w:rsidR="00F024D0" w:rsidRPr="00F024D0" w:rsidRDefault="00F024D0" w:rsidP="00F024D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I diritti del cittadino sono quelli previsti dal Regolamento UE 2016/679 (GDPR). Il cittadino può:</w:t>
      </w:r>
    </w:p>
    <w:p w14:paraId="25EC5C32" w14:textId="77777777" w:rsidR="00F024D0" w:rsidRPr="00F024D0" w:rsidRDefault="00F024D0" w:rsidP="00F024D0">
      <w:pPr>
        <w:numPr>
          <w:ilvl w:val="0"/>
          <w:numId w:val="14"/>
        </w:numPr>
        <w:spacing w:after="160" w:line="259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ricevere conferma dell’esistenza dei dati suoi personali e richiedere l’accesso al loro contenuto</w:t>
      </w:r>
    </w:p>
    <w:p w14:paraId="7799A295" w14:textId="77777777" w:rsidR="00F024D0" w:rsidRPr="00F024D0" w:rsidRDefault="00F024D0" w:rsidP="00F024D0">
      <w:pPr>
        <w:numPr>
          <w:ilvl w:val="0"/>
          <w:numId w:val="14"/>
        </w:numPr>
        <w:spacing w:after="160" w:line="259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aggiornare, modificare e/o correggere i suoi dati personali</w:t>
      </w:r>
    </w:p>
    <w:p w14:paraId="5BFF25B7" w14:textId="77777777" w:rsidR="00F024D0" w:rsidRPr="00F024D0" w:rsidRDefault="00F024D0" w:rsidP="00F024D0">
      <w:pPr>
        <w:numPr>
          <w:ilvl w:val="0"/>
          <w:numId w:val="14"/>
        </w:numPr>
        <w:spacing w:after="160" w:line="259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chiedere la cancellazione, la trasformazione in forma anonima, il blocco dei suoi dati trattati in violazione di legge</w:t>
      </w:r>
    </w:p>
    <w:p w14:paraId="6656B36C" w14:textId="77777777" w:rsidR="00F024D0" w:rsidRPr="00F024D0" w:rsidRDefault="00F024D0" w:rsidP="00F024D0">
      <w:pPr>
        <w:numPr>
          <w:ilvl w:val="0"/>
          <w:numId w:val="14"/>
        </w:numPr>
        <w:spacing w:after="160" w:line="259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chiedere la limitazione del trattamento</w:t>
      </w:r>
    </w:p>
    <w:p w14:paraId="272E1D30" w14:textId="77777777" w:rsidR="00F024D0" w:rsidRPr="00F024D0" w:rsidRDefault="00F024D0" w:rsidP="00F024D0">
      <w:pPr>
        <w:keepNext/>
        <w:numPr>
          <w:ilvl w:val="0"/>
          <w:numId w:val="14"/>
        </w:numPr>
        <w:spacing w:before="120" w:after="160" w:line="259" w:lineRule="auto"/>
        <w:contextualSpacing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024D0">
        <w:rPr>
          <w:rFonts w:ascii="Times New Roman" w:hAnsi="Times New Roman" w:cs="Times New Roman"/>
          <w:sz w:val="24"/>
          <w:szCs w:val="24"/>
        </w:rPr>
        <w:t>opporsi per motivi legittimi al trattamento</w:t>
      </w:r>
    </w:p>
    <w:p w14:paraId="2F2283F2" w14:textId="77777777" w:rsidR="00F024D0" w:rsidRPr="00F024D0" w:rsidRDefault="00F024D0" w:rsidP="00F024D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2C95A8" w14:textId="77777777" w:rsidR="00F024D0" w:rsidRPr="00F024D0" w:rsidRDefault="00F024D0" w:rsidP="00F024D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763774" w14:textId="77777777" w:rsidR="00F024D0" w:rsidRPr="00F024D0" w:rsidRDefault="00F024D0" w:rsidP="00F024D0">
      <w:pPr>
        <w:rPr>
          <w:rFonts w:ascii="Times New Roman" w:hAnsi="Times New Roman" w:cs="Times New Roman"/>
          <w:sz w:val="24"/>
          <w:szCs w:val="24"/>
        </w:rPr>
      </w:pPr>
    </w:p>
    <w:p w14:paraId="013A4CCA" w14:textId="77777777" w:rsidR="001862E0" w:rsidRPr="00F024D0" w:rsidRDefault="001862E0" w:rsidP="00923B36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sectPr w:rsidR="001862E0" w:rsidRPr="00F024D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EC1333E"/>
    <w:multiLevelType w:val="hybridMultilevel"/>
    <w:tmpl w:val="058E64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B23FE3"/>
    <w:multiLevelType w:val="hybridMultilevel"/>
    <w:tmpl w:val="333CF9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567E9C"/>
    <w:multiLevelType w:val="hybridMultilevel"/>
    <w:tmpl w:val="F2C4D39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C644BE"/>
    <w:multiLevelType w:val="hybridMultilevel"/>
    <w:tmpl w:val="F2AC54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12"/>
  </w:num>
  <w:num w:numId="11">
    <w:abstractNumId w:val="10"/>
  </w:num>
  <w:num w:numId="12">
    <w:abstractNumId w:val="11"/>
  </w:num>
  <w:num w:numId="13">
    <w:abstractNumId w:val="9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02148"/>
    <w:rsid w:val="00034616"/>
    <w:rsid w:val="0006063C"/>
    <w:rsid w:val="0015074B"/>
    <w:rsid w:val="00152FA7"/>
    <w:rsid w:val="00171D3B"/>
    <w:rsid w:val="001862E0"/>
    <w:rsid w:val="0029639D"/>
    <w:rsid w:val="002A33B1"/>
    <w:rsid w:val="00326F90"/>
    <w:rsid w:val="00447B9D"/>
    <w:rsid w:val="004615FC"/>
    <w:rsid w:val="004A5081"/>
    <w:rsid w:val="004C39F9"/>
    <w:rsid w:val="00516919"/>
    <w:rsid w:val="00537734"/>
    <w:rsid w:val="005C1982"/>
    <w:rsid w:val="00611F5F"/>
    <w:rsid w:val="006D762C"/>
    <w:rsid w:val="007F603C"/>
    <w:rsid w:val="00815267"/>
    <w:rsid w:val="008909E4"/>
    <w:rsid w:val="008F1F5E"/>
    <w:rsid w:val="00923B36"/>
    <w:rsid w:val="00977567"/>
    <w:rsid w:val="009B77AA"/>
    <w:rsid w:val="009E4D8E"/>
    <w:rsid w:val="009F0B38"/>
    <w:rsid w:val="00A3598C"/>
    <w:rsid w:val="00A614C2"/>
    <w:rsid w:val="00AA1D8D"/>
    <w:rsid w:val="00AF4EA6"/>
    <w:rsid w:val="00B47730"/>
    <w:rsid w:val="00CB0664"/>
    <w:rsid w:val="00D51ACD"/>
    <w:rsid w:val="00DF4F16"/>
    <w:rsid w:val="00E0710B"/>
    <w:rsid w:val="00EA6B93"/>
    <w:rsid w:val="00F024D0"/>
    <w:rsid w:val="00F83EDD"/>
    <w:rsid w:val="00FC693F"/>
    <w:rsid w:val="00FD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00DB8D"/>
  <w14:defaultImageDpi w14:val="300"/>
  <w15:docId w15:val="{B7A5A87D-BFEA-4B05-8711-49876E62B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formatazionemodulo1">
    <w:name w:val="formatazione modulo 1"/>
    <w:basedOn w:val="Normale"/>
    <w:uiPriority w:val="99"/>
    <w:rsid w:val="009F0B38"/>
    <w:pPr>
      <w:spacing w:before="120" w:after="120" w:line="240" w:lineRule="auto"/>
    </w:pPr>
    <w:rPr>
      <w:rFonts w:ascii="Verdana" w:eastAsia="Times New Roman" w:hAnsi="Verdana" w:cs="Verdana"/>
      <w:sz w:val="20"/>
      <w:szCs w:val="20"/>
      <w:lang w:val="it-IT" w:eastAsia="it-IT"/>
    </w:rPr>
  </w:style>
  <w:style w:type="paragraph" w:styleId="NormaleWeb">
    <w:name w:val="Normal (Web)"/>
    <w:basedOn w:val="Normale"/>
    <w:uiPriority w:val="99"/>
    <w:unhideWhenUsed/>
    <w:rsid w:val="009F0B38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Collegamentoipertestuale">
    <w:name w:val="Hyperlink"/>
    <w:basedOn w:val="Carpredefinitoparagrafo"/>
    <w:uiPriority w:val="99"/>
    <w:unhideWhenUsed/>
    <w:rsid w:val="009B77AA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B77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12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resp.dpo@comune.sezze.lt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7669127-EB00-4647-AEF2-D6107657D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803</Words>
  <Characters>4582</Characters>
  <Application>Microsoft Office Word</Application>
  <DocSecurity>0</DocSecurity>
  <Lines>38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5375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NEW</cp:lastModifiedBy>
  <cp:revision>2</cp:revision>
  <cp:lastPrinted>2026-01-09T11:04:00Z</cp:lastPrinted>
  <dcterms:created xsi:type="dcterms:W3CDTF">2026-01-12T09:04:00Z</dcterms:created>
  <dcterms:modified xsi:type="dcterms:W3CDTF">2026-01-12T09:04:00Z</dcterms:modified>
</cp:coreProperties>
</file>