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BD2" w:rsidRDefault="00F31BD2" w:rsidP="001213D5">
      <w:pPr>
        <w:pStyle w:val="Titolo1"/>
        <w:jc w:val="center"/>
      </w:pPr>
      <w:bookmarkStart w:id="0" w:name="_GoBack"/>
      <w:bookmarkEnd w:id="0"/>
    </w:p>
    <w:p w:rsidR="001213D5" w:rsidRDefault="00F31BD2" w:rsidP="001213D5">
      <w:pPr>
        <w:pStyle w:val="Titolo2"/>
        <w:jc w:val="center"/>
      </w:pPr>
      <w:r>
        <w:t xml:space="preserve">Modulo </w:t>
      </w:r>
      <w:r w:rsidR="00DD0F1C">
        <w:t>Richiesta di Concessione del Patrocinio Morale</w:t>
      </w:r>
    </w:p>
    <w:p w:rsidR="001213D5" w:rsidRPr="001213D5" w:rsidRDefault="001213D5" w:rsidP="001213D5"/>
    <w:p w:rsidR="001213D5" w:rsidRDefault="00DD0F1C" w:rsidP="00F31BD2">
      <w:pPr>
        <w:jc w:val="right"/>
      </w:pPr>
      <w:bookmarkStart w:id="1" w:name="_Hlk201481058"/>
      <w:r>
        <w:t>Al Sindaco del Comune di Sezze</w:t>
      </w:r>
      <w:r>
        <w:br/>
      </w:r>
      <w:r w:rsidR="001213D5">
        <w:t>Via Armando Diaz 1</w:t>
      </w:r>
      <w:r>
        <w:t>, Sezze (LT)</w:t>
      </w:r>
      <w:r w:rsidR="001213D5">
        <w:t xml:space="preserve"> - 04018                                                                                                                          PEC: protocollo@pec.comune.sezze.lt.it</w:t>
      </w:r>
      <w:r w:rsidR="001213D5">
        <w:br/>
        <w:t>www.comune.sezze.lt.it</w:t>
      </w:r>
    </w:p>
    <w:bookmarkEnd w:id="1"/>
    <w:p w:rsidR="00273BC0" w:rsidRDefault="00DD0F1C" w:rsidP="00F31BD2">
      <w:pPr>
        <w:pStyle w:val="Titolo3"/>
      </w:pPr>
      <w:r>
        <w:t>1. Dati del richiedente</w:t>
      </w:r>
    </w:p>
    <w:p w:rsidR="00273BC0" w:rsidRDefault="00DD0F1C" w:rsidP="00F31BD2">
      <w:r>
        <w:t>Il/La sottoscritto/a:</w:t>
      </w:r>
      <w:r>
        <w:br/>
        <w:t>Nome e Cognome: ________________________________</w:t>
      </w:r>
      <w:r>
        <w:br/>
        <w:t>Nato/a a ___________________ il ___/___/_____</w:t>
      </w:r>
      <w:r>
        <w:br/>
        <w:t>In qualità di (barrare l’opzione):</w:t>
      </w:r>
      <w:r>
        <w:br/>
        <w:t>☐ Legale Rappresentante    ☐ Organizzatore/Referente</w:t>
      </w:r>
      <w:r>
        <w:br/>
      </w:r>
      <w:r>
        <w:br/>
        <w:t>dell’Ente/Soggetto richiedente:</w:t>
      </w:r>
      <w:r>
        <w:br/>
        <w:t>Denominazione: ________________________________</w:t>
      </w:r>
      <w:r>
        <w:br/>
        <w:t>Sede legale: ________________________________</w:t>
      </w:r>
      <w:r>
        <w:br/>
        <w:t>Codice Fiscale / P.IVA: ________________________________</w:t>
      </w:r>
      <w:r>
        <w:br/>
        <w:t>Telefono: ____________________    Email: ____________________</w:t>
      </w:r>
      <w:r>
        <w:br/>
        <w:t>Sito web (se presente): ________________________________</w:t>
      </w:r>
    </w:p>
    <w:p w:rsidR="00273BC0" w:rsidRDefault="00DD0F1C" w:rsidP="00F31BD2">
      <w:pPr>
        <w:pStyle w:val="Titolo3"/>
      </w:pPr>
      <w:r>
        <w:t>2. Informazioni sull'iniziativa</w:t>
      </w:r>
    </w:p>
    <w:p w:rsidR="00273BC0" w:rsidRDefault="00DD0F1C" w:rsidP="00F31BD2">
      <w:r>
        <w:t>Titolo dell’iniziativa/evento: ________________________________</w:t>
      </w:r>
      <w:r>
        <w:br/>
        <w:t>Luogo/i di svolgimento: ________________________________</w:t>
      </w:r>
      <w:r>
        <w:br/>
        <w:t>Data/e dell’evento: ________________________________</w:t>
      </w:r>
      <w:r>
        <w:br/>
      </w:r>
      <w:r>
        <w:br/>
        <w:t>Descrizione sintetica dell’iniziativa:</w:t>
      </w:r>
      <w:r>
        <w:br/>
        <w:t>__________________________________________________________</w:t>
      </w:r>
      <w:r>
        <w:br/>
        <w:t>__________________________________________________________</w:t>
      </w:r>
    </w:p>
    <w:p w:rsidR="00273BC0" w:rsidRDefault="00DD0F1C" w:rsidP="00F31BD2">
      <w:pPr>
        <w:pStyle w:val="Titolo3"/>
      </w:pPr>
      <w:r>
        <w:t>3. Finalità e motivazioni dell’evento</w:t>
      </w:r>
    </w:p>
    <w:p w:rsidR="001213D5" w:rsidRDefault="00DD0F1C" w:rsidP="00F31BD2">
      <w:r>
        <w:t>Obiettivi e finalità dell’iniziativa:</w:t>
      </w:r>
      <w:r>
        <w:br/>
        <w:t>☐ Promozione culturale    ☐ Valorizzazione del territorio</w:t>
      </w:r>
      <w:r>
        <w:br/>
        <w:t>☐ Solidarietà e coesione sociale    ☐ Promozione sportiva</w:t>
      </w:r>
      <w:r>
        <w:br/>
        <w:t>☐ Educazione e prevenzione sanitaria    ☐ Tutela ambientale</w:t>
      </w:r>
      <w:r>
        <w:br/>
        <w:t>☐ Altro (specificare): ___________________________</w:t>
      </w:r>
    </w:p>
    <w:p w:rsidR="00273BC0" w:rsidRDefault="00DD0F1C" w:rsidP="00F31BD2">
      <w:r>
        <w:br/>
      </w:r>
      <w:r>
        <w:br/>
        <w:t>Motivazioni della richiesta del patrocinio:</w:t>
      </w:r>
      <w:r>
        <w:br/>
      </w:r>
      <w:r>
        <w:lastRenderedPageBreak/>
        <w:t>__________________________________________________________</w:t>
      </w:r>
      <w:r>
        <w:br/>
        <w:t>__________________________________________________________</w:t>
      </w:r>
    </w:p>
    <w:p w:rsidR="00273BC0" w:rsidRDefault="00DD0F1C" w:rsidP="00F31BD2">
      <w:pPr>
        <w:pStyle w:val="Titolo3"/>
      </w:pPr>
      <w:r>
        <w:t>4. Programma e organizzazione</w:t>
      </w:r>
    </w:p>
    <w:p w:rsidR="00273BC0" w:rsidRDefault="00DD0F1C" w:rsidP="00F31BD2">
      <w:r>
        <w:t>Programma dettagliato dell’iniziativa (allegare se necessario):</w:t>
      </w:r>
      <w:r>
        <w:br/>
        <w:t>__________________________________________________________</w:t>
      </w:r>
      <w:r>
        <w:br/>
        <w:t>__________________________________________________________</w:t>
      </w:r>
      <w:r>
        <w:br/>
      </w:r>
      <w:r>
        <w:br/>
        <w:t>Materiale promozionale previsto:</w:t>
      </w:r>
      <w:r>
        <w:br/>
        <w:t>☐ Locandine    ☐ Manifesti    ☐ Brochure    ☐ Social media</w:t>
      </w:r>
      <w:r>
        <w:br/>
        <w:t>☐ Sito web    ☐ Altro: __________________</w:t>
      </w:r>
      <w:r>
        <w:br/>
      </w:r>
      <w:r>
        <w:br/>
        <w:t>Richiede l’autorizzazione ad usare lo stemma del Comune su tale materiale:</w:t>
      </w:r>
      <w:r>
        <w:br/>
        <w:t>☐ Sì    ☐ No</w:t>
      </w:r>
      <w:r>
        <w:br/>
      </w:r>
      <w:r>
        <w:br/>
        <w:t>Bozze dei materiali promozionali saranno inviate per approvazione:</w:t>
      </w:r>
      <w:r>
        <w:br/>
        <w:t>☐ Sì (obbligatorio)</w:t>
      </w:r>
    </w:p>
    <w:p w:rsidR="00273BC0" w:rsidRDefault="00DD0F1C" w:rsidP="00F31BD2">
      <w:pPr>
        <w:pStyle w:val="Titolo3"/>
      </w:pPr>
      <w:r>
        <w:t>5. Altri soggetti coinvolti</w:t>
      </w:r>
    </w:p>
    <w:p w:rsidR="00273BC0" w:rsidRDefault="00DD0F1C" w:rsidP="00F31BD2">
      <w:r>
        <w:t>Gestione delegata a terzi?</w:t>
      </w:r>
      <w:r>
        <w:br/>
        <w:t>☐ No    ☐ Sì (specificare):</w:t>
      </w:r>
      <w:r>
        <w:br/>
        <w:t>Denominazione soggetto delegato: ___________________________</w:t>
      </w:r>
      <w:r>
        <w:br/>
        <w:t>Recapito: _________________________________________________</w:t>
      </w:r>
    </w:p>
    <w:p w:rsidR="00273BC0" w:rsidRDefault="00DD0F1C" w:rsidP="00F31BD2">
      <w:pPr>
        <w:pStyle w:val="Titolo3"/>
      </w:pPr>
      <w:r>
        <w:t>6. Dichiarazioni</w:t>
      </w:r>
    </w:p>
    <w:p w:rsidR="001213D5" w:rsidRDefault="00DD0F1C" w:rsidP="00F31BD2">
      <w:r>
        <w:t>Il/La sottoscritto/a, consapevole delle responsabilità penali previste in caso di dichiarazioni false, dichiara:</w:t>
      </w:r>
      <w:r>
        <w:br/>
        <w:t>- che l’iniziativa non ha fini di lucro o, se prevista raccolta fondi, sarà destinata a finalità solidali o culturali;</w:t>
      </w:r>
      <w:r>
        <w:br/>
        <w:t>- che l’iniziativa è coerente con le finalità istituzionali del Comune;</w:t>
      </w:r>
      <w:r>
        <w:br/>
        <w:t>- di accettare tutte le condizioni previste dal regolamento comunale;</w:t>
      </w:r>
      <w:r>
        <w:br/>
        <w:t>- di impegnarsi a non utilizzare lo stemma del Comune senza autorizzazione scritta.</w:t>
      </w:r>
    </w:p>
    <w:p w:rsidR="001213D5" w:rsidRPr="001213D5" w:rsidRDefault="001213D5" w:rsidP="00F31BD2">
      <w:pPr>
        <w:keepNext/>
        <w:keepLines/>
        <w:spacing w:before="200" w:after="0"/>
        <w:outlineLvl w:val="2"/>
        <w:rPr>
          <w:rFonts w:asciiTheme="majorHAnsi" w:eastAsiaTheme="majorEastAsia" w:hAnsiTheme="majorHAnsi" w:cstheme="majorBidi"/>
          <w:b/>
          <w:bCs/>
          <w:color w:val="4F81BD" w:themeColor="accent1"/>
        </w:rPr>
      </w:pPr>
      <w:r w:rsidRPr="001213D5">
        <w:rPr>
          <w:rFonts w:asciiTheme="majorHAnsi" w:eastAsiaTheme="majorEastAsia" w:hAnsiTheme="majorHAnsi" w:cstheme="majorBidi"/>
          <w:b/>
          <w:bCs/>
          <w:color w:val="4F81BD" w:themeColor="accent1"/>
        </w:rPr>
        <w:t>7. Privacy (D.lgs. 196/2003 e GDPR)</w:t>
      </w:r>
    </w:p>
    <w:p w:rsidR="001213D5" w:rsidRDefault="001213D5" w:rsidP="00F31BD2">
      <w:r w:rsidRPr="001213D5">
        <w:t>Ai sensi del D.lgs. n. 196 del 30.06.2003 e del Regolamento UE 2016/679 (GDPR),</w:t>
      </w:r>
      <w:r w:rsidRPr="001213D5">
        <w:br/>
        <w:t>il/la sottoscritto/a autorizza il Comune di Sezze al trattamento dei dati personali</w:t>
      </w:r>
      <w:r w:rsidRPr="001213D5">
        <w:br/>
        <w:t>contenuti nella presente domanda per le finalità connesse alla gestione della procedura.</w:t>
      </w:r>
      <w:r w:rsidRPr="001213D5">
        <w:br/>
      </w:r>
      <w:r>
        <w:br/>
      </w:r>
      <w:r>
        <w:br/>
        <w:t>Data: ___/___/_____</w:t>
      </w:r>
      <w:r>
        <w:br/>
      </w:r>
    </w:p>
    <w:p w:rsidR="00273BC0" w:rsidRDefault="00DD0F1C" w:rsidP="00F31BD2">
      <w:r>
        <w:t>Firma del richiedente: _______________________________</w:t>
      </w:r>
    </w:p>
    <w:p w:rsidR="00273BC0" w:rsidRDefault="00DD0F1C" w:rsidP="00F31BD2">
      <w:pPr>
        <w:pStyle w:val="Titolo3"/>
      </w:pPr>
      <w:r>
        <w:lastRenderedPageBreak/>
        <w:t>Allegati obbligatori:</w:t>
      </w:r>
    </w:p>
    <w:p w:rsidR="00273BC0" w:rsidRDefault="00DD0F1C" w:rsidP="00F31BD2">
      <w:r>
        <w:t>☐ Copia documento d’identità del richiedente</w:t>
      </w:r>
      <w:r>
        <w:br/>
        <w:t>☐ Statuto dell’associazione o atto costitutivo</w:t>
      </w:r>
      <w:r>
        <w:br/>
        <w:t>☐ Programma dettagliato</w:t>
      </w:r>
      <w:r>
        <w:br/>
        <w:t>☐ Bozza materiale promozionale (se già disponibile)</w:t>
      </w:r>
    </w:p>
    <w:sectPr w:rsidR="00273BC0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">
    <w:panose1 w:val="0206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283"/>
  <w:characterSpacingControl w:val="doNotCompress"/>
  <w:compat>
    <w:useFELayout/>
  </w:compat>
  <w:rsids>
    <w:rsidRoot w:val="00B47730"/>
    <w:rsid w:val="00034616"/>
    <w:rsid w:val="0006063C"/>
    <w:rsid w:val="001213D5"/>
    <w:rsid w:val="0015074B"/>
    <w:rsid w:val="00273BC0"/>
    <w:rsid w:val="0029639D"/>
    <w:rsid w:val="00326F90"/>
    <w:rsid w:val="004755B3"/>
    <w:rsid w:val="00621D00"/>
    <w:rsid w:val="00632005"/>
    <w:rsid w:val="0063402F"/>
    <w:rsid w:val="007A753E"/>
    <w:rsid w:val="008A0BED"/>
    <w:rsid w:val="00AA1D8D"/>
    <w:rsid w:val="00B47730"/>
    <w:rsid w:val="00B613FD"/>
    <w:rsid w:val="00CB0664"/>
    <w:rsid w:val="00CC29F7"/>
    <w:rsid w:val="00CD041C"/>
    <w:rsid w:val="00DD0F1C"/>
    <w:rsid w:val="00F31BD2"/>
    <w:rsid w:val="00FC69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Times New Roman" w:hAnsi="Cambria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C693F"/>
    <w:pPr>
      <w:spacing w:after="200" w:line="276" w:lineRule="auto"/>
    </w:pPr>
    <w:rPr>
      <w:sz w:val="22"/>
      <w:szCs w:val="22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C693F"/>
    <w:pPr>
      <w:keepNext/>
      <w:keepLines/>
      <w:spacing w:before="480" w:after="0"/>
      <w:outlineLvl w:val="0"/>
    </w:pPr>
    <w:rPr>
      <w:rFonts w:ascii="Calibri" w:hAnsi="Calibri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="Calibri" w:hAnsi="Calibri"/>
      <w:b/>
      <w:bCs/>
      <w:color w:val="4F81BD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="Calibri" w:hAnsi="Calibri"/>
      <w:b/>
      <w:bCs/>
      <w:color w:val="4F81BD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="Calibri" w:hAnsi="Calibri"/>
      <w:b/>
      <w:bCs/>
      <w:i/>
      <w:iCs/>
      <w:color w:val="4F81BD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="Calibri" w:hAnsi="Calibri"/>
      <w:color w:val="243F60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="Calibri" w:hAnsi="Calibri"/>
      <w:i/>
      <w:iCs/>
      <w:color w:val="243F60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="Calibri" w:hAnsi="Calibri"/>
      <w:i/>
      <w:iCs/>
      <w:color w:val="404040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="Calibri" w:hAnsi="Calibri"/>
      <w:color w:val="4F81BD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="Calibri" w:hAnsi="Calibri"/>
      <w:i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8BF"/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8BF"/>
  </w:style>
  <w:style w:type="paragraph" w:styleId="Nessunaspaziatura">
    <w:name w:val="No Spacing"/>
    <w:uiPriority w:val="1"/>
    <w:qFormat/>
    <w:rsid w:val="00FC693F"/>
    <w:rPr>
      <w:sz w:val="22"/>
      <w:szCs w:val="22"/>
      <w:lang w:val="en-US" w:eastAsia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C693F"/>
    <w:rPr>
      <w:rFonts w:ascii="Calibri" w:eastAsia="Times New Roman" w:hAnsi="Calibri" w:cs="Times New Roman"/>
      <w:b/>
      <w:bCs/>
      <w:color w:val="365F91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C693F"/>
    <w:rPr>
      <w:rFonts w:ascii="Calibri" w:eastAsia="Times New Roman" w:hAnsi="Calibri" w:cs="Times New Roman"/>
      <w:b/>
      <w:bCs/>
      <w:color w:val="4F81BD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693F"/>
    <w:rPr>
      <w:rFonts w:ascii="Calibri" w:eastAsia="Times New Roman" w:hAnsi="Calibri" w:cs="Times New Roman"/>
      <w:b/>
      <w:bCs/>
      <w:color w:val="4F81BD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693F"/>
    <w:pPr>
      <w:pBdr>
        <w:bottom w:val="single" w:sz="8" w:space="4" w:color="4F81BD"/>
      </w:pBdr>
      <w:spacing w:after="300" w:line="240" w:lineRule="auto"/>
      <w:contextualSpacing/>
    </w:pPr>
    <w:rPr>
      <w:rFonts w:ascii="Calibri" w:hAnsi="Calibri"/>
      <w:color w:val="17365D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FC693F"/>
    <w:rPr>
      <w:rFonts w:ascii="Calibri" w:eastAsia="Times New Roman" w:hAnsi="Calibri" w:cs="Times New Roman"/>
      <w:color w:val="17365D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693F"/>
    <w:pPr>
      <w:numPr>
        <w:ilvl w:val="1"/>
      </w:numPr>
    </w:pPr>
    <w:rPr>
      <w:rFonts w:ascii="Calibri" w:hAnsi="Calibri"/>
      <w:i/>
      <w:iCs/>
      <w:color w:val="4F81BD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693F"/>
    <w:rPr>
      <w:rFonts w:ascii="Calibri" w:eastAsia="Times New Roman" w:hAnsi="Calibri" w:cs="Times New Roman"/>
      <w:i/>
      <w:iCs/>
      <w:color w:val="4F81BD"/>
      <w:spacing w:val="15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C693F"/>
    <w:pPr>
      <w:ind w:left="720"/>
      <w:contextualSpacing/>
    </w:pPr>
  </w:style>
  <w:style w:type="paragraph" w:styleId="Corpodeltesto">
    <w:name w:val="Body Text"/>
    <w:basedOn w:val="Normale"/>
    <w:link w:val="CorpodeltestoCarattere"/>
    <w:uiPriority w:val="99"/>
    <w:unhideWhenUsed/>
    <w:rsid w:val="00AA1D8D"/>
    <w:pPr>
      <w:spacing w:after="120"/>
    </w:pPr>
  </w:style>
  <w:style w:type="character" w:customStyle="1" w:styleId="CorpodeltestoCarattere">
    <w:name w:val="Corpo del testo Carattere"/>
    <w:basedOn w:val="Carpredefinitoparagrafo"/>
    <w:link w:val="Corpodeltesto"/>
    <w:uiPriority w:val="99"/>
    <w:rsid w:val="00AA1D8D"/>
  </w:style>
  <w:style w:type="paragraph" w:styleId="Corpodeltesto2">
    <w:name w:val="Body Text 2"/>
    <w:basedOn w:val="Normale"/>
    <w:link w:val="Corpodeltesto2Carattere"/>
    <w:uiPriority w:val="99"/>
    <w:unhideWhenUsed/>
    <w:rsid w:val="00AA1D8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1D8D"/>
  </w:style>
  <w:style w:type="paragraph" w:styleId="Corpodeltesto3">
    <w:name w:val="Body Text 3"/>
    <w:basedOn w:val="Normale"/>
    <w:link w:val="Corpodeltesto3Carattere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AA1D8D"/>
    <w:rPr>
      <w:sz w:val="16"/>
      <w:szCs w:val="16"/>
    </w:r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rsid w:val="00326F90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unhideWhenUsed/>
    <w:rsid w:val="00326F90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unhideWhenUsed/>
    <w:rsid w:val="00326F90"/>
    <w:pPr>
      <w:numPr>
        <w:numId w:val="3"/>
      </w:numPr>
      <w:contextualSpacing/>
    </w:pPr>
  </w:style>
  <w:style w:type="paragraph" w:styleId="Numeroelenco">
    <w:name w:val="List Number"/>
    <w:basedOn w:val="Normale"/>
    <w:uiPriority w:val="99"/>
    <w:unhideWhenUsed/>
    <w:rsid w:val="00326F90"/>
    <w:pPr>
      <w:numPr>
        <w:numId w:val="5"/>
      </w:numPr>
      <w:contextualSpacing/>
    </w:pPr>
  </w:style>
  <w:style w:type="paragraph" w:styleId="Numeroelenco2">
    <w:name w:val="List Number 2"/>
    <w:basedOn w:val="Normale"/>
    <w:uiPriority w:val="99"/>
    <w:unhideWhenUsed/>
    <w:rsid w:val="0029639D"/>
    <w:pPr>
      <w:numPr>
        <w:numId w:val="6"/>
      </w:numPr>
      <w:contextualSpacing/>
    </w:pPr>
  </w:style>
  <w:style w:type="paragraph" w:styleId="Numeroelenco3">
    <w:name w:val="List Number 3"/>
    <w:basedOn w:val="Normale"/>
    <w:uiPriority w:val="99"/>
    <w:unhideWhenUsed/>
    <w:rsid w:val="0029639D"/>
    <w:pPr>
      <w:numPr>
        <w:numId w:val="7"/>
      </w:numPr>
      <w:contextualSpacing/>
    </w:pPr>
  </w:style>
  <w:style w:type="paragraph" w:styleId="Elencocontinua">
    <w:name w:val="List Continue"/>
    <w:basedOn w:val="Normale"/>
    <w:uiPriority w:val="99"/>
    <w:unhideWhenUsed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  <w:spacing w:after="200" w:line="276" w:lineRule="auto"/>
    </w:pPr>
    <w:rPr>
      <w:rFonts w:ascii="Courier" w:hAnsi="Courier"/>
      <w:lang w:val="en-US" w:eastAsia="en-US"/>
    </w:rPr>
  </w:style>
  <w:style w:type="character" w:customStyle="1" w:styleId="TestomacroCarattere">
    <w:name w:val="Testo macro Carattere"/>
    <w:basedOn w:val="Carpredefinitoparagrafo"/>
    <w:link w:val="Testomacro"/>
    <w:uiPriority w:val="99"/>
    <w:rsid w:val="0029639D"/>
    <w:rPr>
      <w:rFonts w:ascii="Courier" w:hAnsi="Courier"/>
      <w:lang w:val="en-US" w:eastAsia="en-US" w:bidi="ar-SA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693F"/>
    <w:rPr>
      <w:i/>
      <w:iCs/>
      <w:color w:val="000000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693F"/>
    <w:rPr>
      <w:i/>
      <w:iCs/>
      <w:color w:val="000000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693F"/>
    <w:rPr>
      <w:rFonts w:ascii="Calibri" w:eastAsia="Times New Roman" w:hAnsi="Calibri" w:cs="Times New Roman"/>
      <w:b/>
      <w:bCs/>
      <w:i/>
      <w:iCs/>
      <w:color w:val="4F81BD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693F"/>
    <w:rPr>
      <w:rFonts w:ascii="Calibri" w:eastAsia="Times New Roman" w:hAnsi="Calibri" w:cs="Times New Roman"/>
      <w:color w:val="243F60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693F"/>
    <w:rPr>
      <w:rFonts w:ascii="Calibri" w:eastAsia="Times New Roman" w:hAnsi="Calibri" w:cs="Times New Roman"/>
      <w:i/>
      <w:iCs/>
      <w:color w:val="243F60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693F"/>
    <w:rPr>
      <w:rFonts w:ascii="Calibri" w:eastAsia="Times New Roman" w:hAnsi="Calibri" w:cs="Times New Roman"/>
      <w:i/>
      <w:iCs/>
      <w:color w:val="40404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693F"/>
    <w:rPr>
      <w:rFonts w:ascii="Calibri" w:eastAsia="Times New Roman" w:hAnsi="Calibri" w:cs="Times New Roman"/>
      <w:color w:val="4F81BD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693F"/>
    <w:rPr>
      <w:rFonts w:ascii="Calibri" w:eastAsia="Times New Roman" w:hAnsi="Calibri" w:cs="Times New Roman"/>
      <w:i/>
      <w:iCs/>
      <w:color w:val="404040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styleId="Enfasicorsivo">
    <w:name w:val="Emphasis"/>
    <w:basedOn w:val="Carpredefinitoparagrafo"/>
    <w:uiPriority w:val="20"/>
    <w:qFormat/>
    <w:rsid w:val="00FC693F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693F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693F"/>
    <w:rPr>
      <w:b/>
      <w:bCs/>
      <w:i/>
      <w:iCs/>
      <w:color w:val="4F81BD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FC693F"/>
    <w:pPr>
      <w:outlineLvl w:val="9"/>
    </w:pPr>
  </w:style>
  <w:style w:type="table" w:styleId="Grigliatabella">
    <w:name w:val="Table Grid"/>
    <w:basedOn w:val="Tabellanormale"/>
    <w:uiPriority w:val="59"/>
    <w:rsid w:val="00FC69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fondochiaro">
    <w:name w:val="Light Shading"/>
    <w:basedOn w:val="Tabellanormale"/>
    <w:uiPriority w:val="60"/>
    <w:rsid w:val="00FC693F"/>
    <w:rPr>
      <w:color w:val="000000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Sfondochiaro-Colore1">
    <w:name w:val="Light Shading Accent 1"/>
    <w:basedOn w:val="Tabellanormale"/>
    <w:uiPriority w:val="60"/>
    <w:rsid w:val="00FC693F"/>
    <w:rPr>
      <w:color w:val="365F91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Sfondochiaro-Colore2">
    <w:name w:val="Light Shading Accent 2"/>
    <w:basedOn w:val="Tabellanormale"/>
    <w:uiPriority w:val="60"/>
    <w:rsid w:val="00FC693F"/>
    <w:rPr>
      <w:color w:val="943634"/>
    </w:rPr>
    <w:tblPr>
      <w:tblStyleRowBandSize w:val="1"/>
      <w:tblStyleColBandSize w:val="1"/>
      <w:tblInd w:w="0" w:type="dxa"/>
      <w:tblBorders>
        <w:top w:val="single" w:sz="8" w:space="0" w:color="C0504D"/>
        <w:bottom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table" w:styleId="Sfondochiaro-Colore3">
    <w:name w:val="Light Shading Accent 3"/>
    <w:basedOn w:val="Tabellanormale"/>
    <w:uiPriority w:val="60"/>
    <w:rsid w:val="00FC693F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Sfondochiaro-Colore4">
    <w:name w:val="Light Shading Accent 4"/>
    <w:basedOn w:val="Tabellanormale"/>
    <w:uiPriority w:val="60"/>
    <w:rsid w:val="00FC693F"/>
    <w:rPr>
      <w:color w:val="5F497A"/>
    </w:rPr>
    <w:tblPr>
      <w:tblStyleRowBandSize w:val="1"/>
      <w:tblStyleColBandSize w:val="1"/>
      <w:tblInd w:w="0" w:type="dxa"/>
      <w:tblBorders>
        <w:top w:val="single" w:sz="8" w:space="0" w:color="8064A2"/>
        <w:bottom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table" w:styleId="Sfondochiaro-Colore5">
    <w:name w:val="Light Shading Accent 5"/>
    <w:basedOn w:val="Tabellanormale"/>
    <w:uiPriority w:val="60"/>
    <w:rsid w:val="00FC693F"/>
    <w:rPr>
      <w:color w:val="31849B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styleId="Sfondochiaro-Colore6">
    <w:name w:val="Light Shading Accent 6"/>
    <w:basedOn w:val="Tabellanormale"/>
    <w:uiPriority w:val="60"/>
    <w:rsid w:val="00FC693F"/>
    <w:rPr>
      <w:color w:val="E36C0A"/>
    </w:rPr>
    <w:tblPr>
      <w:tblStyleRowBandSize w:val="1"/>
      <w:tblStyleColBandSize w:val="1"/>
      <w:tblInd w:w="0" w:type="dxa"/>
      <w:tblBorders>
        <w:top w:val="single" w:sz="8" w:space="0" w:color="F79646"/>
        <w:bottom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</w:style>
  <w:style w:type="table" w:styleId="Elencochiaro">
    <w:name w:val="Light List"/>
    <w:basedOn w:val="Tabellanormale"/>
    <w:uiPriority w:val="61"/>
    <w:rsid w:val="00FC693F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tblPr>
      <w:tblStyleRowBandSize w:val="1"/>
      <w:tblStyleColBandSize w:val="1"/>
      <w:tblInd w:w="0" w:type="dxa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</w:style>
  <w:style w:type="table" w:styleId="Grigliachiara">
    <w:name w:val="Light Grid"/>
    <w:basedOn w:val="Tabellanormale"/>
    <w:uiPriority w:val="62"/>
    <w:rsid w:val="00CB0664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libri" w:eastAsia="Times New Roman" w:hAnsi="Calibri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libri" w:eastAsia="Times New Roman" w:hAnsi="Calibri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libri" w:eastAsia="Times New Roman" w:hAnsi="Calibri" w:cs="Times New Roman"/>
        <w:b/>
        <w:bCs/>
      </w:rPr>
    </w:tblStylePr>
    <w:tblStylePr w:type="lastCol">
      <w:rPr>
        <w:rFonts w:ascii="Calibri" w:eastAsia="Times New Roman" w:hAnsi="Calibri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libri" w:eastAsia="Times New Roman" w:hAnsi="Calibri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libri" w:eastAsia="Times New Roman" w:hAnsi="Calibri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libri" w:eastAsia="Times New Roman" w:hAnsi="Calibri" w:cs="Times New Roman"/>
        <w:b/>
        <w:bCs/>
      </w:rPr>
    </w:tblStylePr>
    <w:tblStylePr w:type="lastCol">
      <w:rPr>
        <w:rFonts w:ascii="Calibri" w:eastAsia="Times New Roman" w:hAnsi="Calibri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libri" w:eastAsia="Times New Roman" w:hAnsi="Calibri" w:cs="Times New Roman"/>
        <w:b/>
        <w:bCs/>
      </w:rPr>
      <w:tblPr/>
      <w:tcPr>
        <w:tcBorders>
          <w:top w:val="single" w:sz="8" w:space="0" w:color="C0504D"/>
          <w:left w:val="single" w:sz="8" w:space="0" w:color="C0504D"/>
          <w:bottom w:val="single" w:sz="18" w:space="0" w:color="C0504D"/>
          <w:right w:val="single" w:sz="8" w:space="0" w:color="C0504D"/>
          <w:insideH w:val="nil"/>
          <w:insideV w:val="single" w:sz="8" w:space="0" w:color="C0504D"/>
        </w:tcBorders>
      </w:tcPr>
    </w:tblStylePr>
    <w:tblStylePr w:type="lastRow">
      <w:pPr>
        <w:spacing w:before="0" w:after="0" w:line="240" w:lineRule="auto"/>
      </w:pPr>
      <w:rPr>
        <w:rFonts w:ascii="Calibri" w:eastAsia="Times New Roman" w:hAnsi="Calibri" w:cs="Times New Roman"/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nil"/>
          <w:insideV w:val="single" w:sz="8" w:space="0" w:color="C0504D"/>
        </w:tcBorders>
      </w:tcPr>
    </w:tblStylePr>
    <w:tblStylePr w:type="firstCol">
      <w:rPr>
        <w:rFonts w:ascii="Calibri" w:eastAsia="Times New Roman" w:hAnsi="Calibri" w:cs="Times New Roman"/>
        <w:b/>
        <w:bCs/>
      </w:rPr>
    </w:tblStylePr>
    <w:tblStylePr w:type="lastCol">
      <w:rPr>
        <w:rFonts w:ascii="Calibri" w:eastAsia="Times New Roman" w:hAnsi="Calibri" w:cs="Times New Roman"/>
        <w:b/>
        <w:bCs/>
      </w:rPr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  <w:shd w:val="clear" w:color="auto" w:fill="EFD3D2"/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V w:val="single" w:sz="8" w:space="0" w:color="C0504D"/>
        </w:tcBorders>
        <w:shd w:val="clear" w:color="auto" w:fill="EFD3D2"/>
      </w:tcPr>
    </w:tblStylePr>
    <w:tblStylePr w:type="band2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V w:val="single" w:sz="8" w:space="0" w:color="C0504D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libri" w:eastAsia="Times New Roman" w:hAnsi="Calibri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 w:line="240" w:lineRule="auto"/>
      </w:pPr>
      <w:rPr>
        <w:rFonts w:ascii="Calibri" w:eastAsia="Times New Roman" w:hAnsi="Calibri"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Calibri" w:eastAsia="Times New Roman" w:hAnsi="Calibri" w:cs="Times New Roman"/>
        <w:b/>
        <w:bCs/>
      </w:rPr>
    </w:tblStylePr>
    <w:tblStylePr w:type="lastCol">
      <w:rPr>
        <w:rFonts w:ascii="Calibri" w:eastAsia="Times New Roman" w:hAnsi="Calibri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tblPr>
      <w:tblStyleRowBandSize w:val="1"/>
      <w:tblStyleColBandSize w:val="1"/>
      <w:tblInd w:w="0" w:type="dxa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libri" w:eastAsia="Times New Roman" w:hAnsi="Calibri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libri" w:eastAsia="Times New Roman" w:hAnsi="Calibri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libri" w:eastAsia="Times New Roman" w:hAnsi="Calibri" w:cs="Times New Roman"/>
        <w:b/>
        <w:bCs/>
      </w:rPr>
    </w:tblStylePr>
    <w:tblStylePr w:type="lastCol">
      <w:rPr>
        <w:rFonts w:ascii="Calibri" w:eastAsia="Times New Roman" w:hAnsi="Calibri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libri" w:eastAsia="Times New Roman" w:hAnsi="Calibri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libri" w:eastAsia="Times New Roman" w:hAnsi="Calibri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libri" w:eastAsia="Times New Roman" w:hAnsi="Calibri" w:cs="Times New Roman"/>
        <w:b/>
        <w:bCs/>
      </w:rPr>
    </w:tblStylePr>
    <w:tblStylePr w:type="lastCol">
      <w:rPr>
        <w:rFonts w:ascii="Calibri" w:eastAsia="Times New Roman" w:hAnsi="Calibri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libri" w:eastAsia="Times New Roman" w:hAnsi="Calibri"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1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lastRow">
      <w:pPr>
        <w:spacing w:before="0" w:after="0" w:line="240" w:lineRule="auto"/>
      </w:pPr>
      <w:rPr>
        <w:rFonts w:ascii="Calibri" w:eastAsia="Times New Roman" w:hAnsi="Calibri" w:cs="Times New Roman"/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firstCol">
      <w:rPr>
        <w:rFonts w:ascii="Calibri" w:eastAsia="Times New Roman" w:hAnsi="Calibri" w:cs="Times New Roman"/>
        <w:b/>
        <w:bCs/>
      </w:rPr>
    </w:tblStylePr>
    <w:tblStylePr w:type="lastCol">
      <w:rPr>
        <w:rFonts w:ascii="Calibri" w:eastAsia="Times New Roman" w:hAnsi="Calibri"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  <w:shd w:val="clear" w:color="auto" w:fill="FDE4D0"/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  <w:shd w:val="clear" w:color="auto" w:fill="FDE4D0"/>
      </w:tcPr>
    </w:tblStylePr>
    <w:tblStylePr w:type="band2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</w:tcPr>
    </w:tblStylePr>
  </w:style>
  <w:style w:type="table" w:styleId="Sfondomedio1">
    <w:name w:val="Medium Shading 1"/>
    <w:basedOn w:val="Tabellanormale"/>
    <w:uiPriority w:val="63"/>
    <w:rsid w:val="00CB0664"/>
    <w:tblPr>
      <w:tblStyleRowBandSize w:val="1"/>
      <w:tblStyleColBandSize w:val="1"/>
      <w:tblInd w:w="0" w:type="dxa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tblPr>
      <w:tblStyleRowBandSize w:val="1"/>
      <w:tblStyleColBandSize w:val="1"/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tblPr>
      <w:tblStyleRowBandSize w:val="1"/>
      <w:tblStyleColBandSize w:val="1"/>
      <w:tblInd w:w="0" w:type="dxa"/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tblPr>
      <w:tblStyleRowBandSize w:val="1"/>
      <w:tblStyleColBandSize w:val="1"/>
      <w:tblInd w:w="0" w:type="dxa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tblPr>
      <w:tblStyleRowBandSize w:val="1"/>
      <w:tblStyleColBandSize w:val="1"/>
      <w:tblInd w:w="0" w:type="dxa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rPr>
      <w:color w:val="000000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Calibri" w:eastAsia="Times New Roman" w:hAnsi="Calibri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tblPr/>
      <w:tcPr>
        <w:shd w:val="clear" w:color="auto" w:fill="C0C0C0"/>
      </w:tcPr>
    </w:tblStylePr>
    <w:tblStylePr w:type="band1Horz">
      <w:tblPr/>
      <w:tcPr>
        <w:shd w:val="clear" w:color="auto" w:fill="C0C0C0"/>
      </w:tcPr>
    </w:tblStylePr>
  </w:style>
  <w:style w:type="table" w:styleId="Elencomedio1-Colore1">
    <w:name w:val="Medium List 1 Accent 1"/>
    <w:basedOn w:val="Tabellanormale"/>
    <w:uiPriority w:val="65"/>
    <w:rsid w:val="00CB0664"/>
    <w:rPr>
      <w:color w:val="000000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Calibri" w:eastAsia="Times New Roman" w:hAnsi="Calibri" w:cs="Times New Roman"/>
      </w:rPr>
      <w:tblPr/>
      <w:tcPr>
        <w:tcBorders>
          <w:top w:val="nil"/>
          <w:bottom w:val="single" w:sz="8" w:space="0" w:color="4F81B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Elencomedio1-Colore2">
    <w:name w:val="Medium List 1 Accent 2"/>
    <w:basedOn w:val="Tabellanormale"/>
    <w:uiPriority w:val="65"/>
    <w:rsid w:val="00CB0664"/>
    <w:rPr>
      <w:color w:val="000000"/>
    </w:rPr>
    <w:tblPr>
      <w:tblStyleRowBandSize w:val="1"/>
      <w:tblStyleColBandSize w:val="1"/>
      <w:tblInd w:w="0" w:type="dxa"/>
      <w:tblBorders>
        <w:top w:val="single" w:sz="8" w:space="0" w:color="C0504D"/>
        <w:bottom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Calibri" w:eastAsia="Times New Roman" w:hAnsi="Calibri" w:cs="Times New Roman"/>
      </w:rPr>
      <w:tblPr/>
      <w:tcPr>
        <w:tcBorders>
          <w:top w:val="nil"/>
          <w:bottom w:val="single" w:sz="8" w:space="0" w:color="C0504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C0504D"/>
          <w:bottom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/>
          <w:bottom w:val="single" w:sz="8" w:space="0" w:color="C0504D"/>
        </w:tcBorders>
      </w:tcPr>
    </w:tblStylePr>
    <w:tblStylePr w:type="band1Vert">
      <w:tblPr/>
      <w:tcPr>
        <w:shd w:val="clear" w:color="auto" w:fill="EFD3D2"/>
      </w:tcPr>
    </w:tblStylePr>
    <w:tblStylePr w:type="band1Horz">
      <w:tblPr/>
      <w:tcPr>
        <w:shd w:val="clear" w:color="auto" w:fill="EFD3D2"/>
      </w:tcPr>
    </w:tblStylePr>
  </w:style>
  <w:style w:type="table" w:styleId="Elencomedio1-Colore3">
    <w:name w:val="Medium List 1 Accent 3"/>
    <w:basedOn w:val="Tabellanormale"/>
    <w:uiPriority w:val="65"/>
    <w:rsid w:val="00CB0664"/>
    <w:rPr>
      <w:color w:val="000000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Calibri" w:eastAsia="Times New Roman" w:hAnsi="Calibri" w:cs="Times New Roman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tblPr/>
      <w:tcPr>
        <w:shd w:val="clear" w:color="auto" w:fill="E6EED5"/>
      </w:tcPr>
    </w:tblStylePr>
    <w:tblStylePr w:type="band1Horz">
      <w:tblPr/>
      <w:tcPr>
        <w:shd w:val="clear" w:color="auto" w:fill="E6EED5"/>
      </w:tcPr>
    </w:tblStylePr>
  </w:style>
  <w:style w:type="table" w:styleId="Elencomedio1-Colore4">
    <w:name w:val="Medium List 1 Accent 4"/>
    <w:basedOn w:val="Tabellanormale"/>
    <w:uiPriority w:val="65"/>
    <w:rsid w:val="00CB0664"/>
    <w:rPr>
      <w:color w:val="000000"/>
    </w:rPr>
    <w:tblPr>
      <w:tblStyleRowBandSize w:val="1"/>
      <w:tblStyleColBandSize w:val="1"/>
      <w:tblInd w:w="0" w:type="dxa"/>
      <w:tblBorders>
        <w:top w:val="single" w:sz="8" w:space="0" w:color="8064A2"/>
        <w:bottom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Calibri" w:eastAsia="Times New Roman" w:hAnsi="Calibri" w:cs="Times New Roman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tblPr/>
      <w:tcPr>
        <w:shd w:val="clear" w:color="auto" w:fill="DFD8E8"/>
      </w:tcPr>
    </w:tblStylePr>
    <w:tblStylePr w:type="band1Horz">
      <w:tblPr/>
      <w:tcPr>
        <w:shd w:val="clear" w:color="auto" w:fill="DFD8E8"/>
      </w:tcPr>
    </w:tblStylePr>
  </w:style>
  <w:style w:type="table" w:styleId="Elencomedio1-Colore5">
    <w:name w:val="Medium List 1 Accent 5"/>
    <w:basedOn w:val="Tabellanormale"/>
    <w:uiPriority w:val="65"/>
    <w:rsid w:val="00CB0664"/>
    <w:rPr>
      <w:color w:val="000000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Calibri" w:eastAsia="Times New Roman" w:hAnsi="Calibri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D2EAF1"/>
      </w:tcPr>
    </w:tblStylePr>
  </w:style>
  <w:style w:type="table" w:styleId="Elencomedio1-Colore6">
    <w:name w:val="Medium List 1 Accent 6"/>
    <w:basedOn w:val="Tabellanormale"/>
    <w:uiPriority w:val="65"/>
    <w:rsid w:val="00CB0664"/>
    <w:rPr>
      <w:color w:val="000000"/>
    </w:rPr>
    <w:tblPr>
      <w:tblStyleRowBandSize w:val="1"/>
      <w:tblStyleColBandSize w:val="1"/>
      <w:tblInd w:w="0" w:type="dxa"/>
      <w:tblBorders>
        <w:top w:val="single" w:sz="8" w:space="0" w:color="F79646"/>
        <w:bottom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Calibri" w:eastAsia="Times New Roman" w:hAnsi="Calibri" w:cs="Times New Roman"/>
      </w:rPr>
      <w:tblPr/>
      <w:tcPr>
        <w:tcBorders>
          <w:top w:val="nil"/>
          <w:bottom w:val="single" w:sz="8" w:space="0" w:color="F7964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F79646"/>
          <w:bottom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/>
          <w:bottom w:val="single" w:sz="8" w:space="0" w:color="F79646"/>
        </w:tcBorders>
      </w:tcPr>
    </w:tblStylePr>
    <w:tblStylePr w:type="band1Vert">
      <w:tblPr/>
      <w:tcPr>
        <w:shd w:val="clear" w:color="auto" w:fill="FDE4D0"/>
      </w:tcPr>
    </w:tblStylePr>
    <w:tblStylePr w:type="band1Horz">
      <w:tblPr/>
      <w:tcPr>
        <w:shd w:val="clear" w:color="auto" w:fill="FDE4D0"/>
      </w:tcPr>
    </w:tblStylePr>
  </w:style>
  <w:style w:type="table" w:styleId="Elencomedio2">
    <w:name w:val="Medium List 2"/>
    <w:basedOn w:val="Tabellanormale"/>
    <w:uiPriority w:val="66"/>
    <w:rsid w:val="00CB0664"/>
    <w:rPr>
      <w:rFonts w:ascii="Calibri" w:hAnsi="Calibri"/>
      <w:color w:val="00000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00000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rPr>
      <w:rFonts w:ascii="Calibri" w:hAnsi="Calibri"/>
      <w:color w:val="000000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rPr>
      <w:rFonts w:ascii="Calibri" w:hAnsi="Calibri"/>
      <w:color w:val="000000"/>
    </w:rPr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C0504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C0504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rPr>
      <w:rFonts w:ascii="Calibri" w:hAnsi="Calibri"/>
      <w:color w:val="000000"/>
    </w:rPr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rPr>
      <w:rFonts w:ascii="Calibri" w:hAnsi="Calibri"/>
      <w:color w:val="000000"/>
    </w:rPr>
    <w:tblPr>
      <w:tblStyleRowBandSize w:val="1"/>
      <w:tblStyleColBandSize w:val="1"/>
      <w:tblInd w:w="0" w:type="dxa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8064A2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8064A2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rPr>
      <w:rFonts w:ascii="Calibri" w:hAnsi="Calibri"/>
      <w:color w:val="000000"/>
    </w:rPr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BACC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BACC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rPr>
      <w:rFonts w:ascii="Calibri" w:hAnsi="Calibri"/>
      <w:color w:val="000000"/>
    </w:rPr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F7964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F7964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tblPr>
      <w:tblStyleRowBandSize w:val="1"/>
      <w:tblStyleColBandSize w:val="1"/>
      <w:tblInd w:w="0" w:type="dxa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Grigliamedia1-Colore1">
    <w:name w:val="Medium Grid 1 Accent 1"/>
    <w:basedOn w:val="Tabellanormale"/>
    <w:uiPriority w:val="67"/>
    <w:rsid w:val="00CB0664"/>
    <w:tblPr>
      <w:tblStyleRowBandSize w:val="1"/>
      <w:tblStyleColBandSize w:val="1"/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  <w:insideV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Grigliamedia1-Colore2">
    <w:name w:val="Medium Grid 1 Accent 2"/>
    <w:basedOn w:val="Tabellanormale"/>
    <w:uiPriority w:val="67"/>
    <w:rsid w:val="00CB0664"/>
    <w:tblPr>
      <w:tblStyleRowBandSize w:val="1"/>
      <w:tblStyleColBandSize w:val="1"/>
      <w:tblInd w:w="0" w:type="dxa"/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  <w:insideV w:val="single" w:sz="8" w:space="0" w:color="CF7B79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Grigliamedia1-Colore3">
    <w:name w:val="Medium Grid 1 Accent 3"/>
    <w:basedOn w:val="Tabellanormale"/>
    <w:uiPriority w:val="67"/>
    <w:rsid w:val="00CB0664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  <w:insideV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Grigliamedia1-Colore4">
    <w:name w:val="Medium Grid 1 Accent 4"/>
    <w:basedOn w:val="Tabellanormale"/>
    <w:uiPriority w:val="67"/>
    <w:rsid w:val="00CB0664"/>
    <w:tblPr>
      <w:tblStyleRowBandSize w:val="1"/>
      <w:tblStyleColBandSize w:val="1"/>
      <w:tblInd w:w="0" w:type="dxa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Grigliamedia1-Colore5">
    <w:name w:val="Medium Grid 1 Accent 5"/>
    <w:basedOn w:val="Tabellanormale"/>
    <w:uiPriority w:val="67"/>
    <w:rsid w:val="00CB0664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Grigliamedia1-Colore6">
    <w:name w:val="Medium Grid 1 Accent 6"/>
    <w:basedOn w:val="Tabellanormale"/>
    <w:uiPriority w:val="67"/>
    <w:rsid w:val="00CB0664"/>
    <w:tblPr>
      <w:tblStyleRowBandSize w:val="1"/>
      <w:tblStyleColBandSize w:val="1"/>
      <w:tblInd w:w="0" w:type="dxa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  <w:insideV w:val="single" w:sz="8" w:space="0" w:color="F9B07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table" w:styleId="Grigliamedia2">
    <w:name w:val="Medium Grid 2"/>
    <w:basedOn w:val="Tabellanormale"/>
    <w:uiPriority w:val="68"/>
    <w:rsid w:val="00CB0664"/>
    <w:rPr>
      <w:rFonts w:ascii="Calibri" w:hAnsi="Calibri"/>
      <w:color w:val="00000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styleId="Grigliamedia2-Colore1">
    <w:name w:val="Medium Grid 2 Accent 1"/>
    <w:basedOn w:val="Tabellanormale"/>
    <w:uiPriority w:val="68"/>
    <w:rsid w:val="00CB0664"/>
    <w:rPr>
      <w:rFonts w:ascii="Calibri" w:hAnsi="Calibri"/>
      <w:color w:val="000000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  <w:color w:val="000000"/>
      </w:rPr>
      <w:tblPr/>
      <w:tcPr>
        <w:shd w:val="clear" w:color="auto" w:fill="EDF2F8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tcBorders>
          <w:insideH w:val="single" w:sz="6" w:space="0" w:color="4F81BD"/>
          <w:insideV w:val="single" w:sz="6" w:space="0" w:color="4F81BD"/>
        </w:tcBorders>
        <w:shd w:val="clear" w:color="auto" w:fill="A7BFDE"/>
      </w:tcPr>
    </w:tblStylePr>
    <w:tblStylePr w:type="nwCell">
      <w:tblPr/>
      <w:tcPr>
        <w:shd w:val="clear" w:color="auto" w:fill="FFFFFF"/>
      </w:tcPr>
    </w:tblStylePr>
  </w:style>
  <w:style w:type="table" w:styleId="Grigliamedia2-Colore2">
    <w:name w:val="Medium Grid 2 Accent 2"/>
    <w:basedOn w:val="Tabellanormale"/>
    <w:uiPriority w:val="68"/>
    <w:rsid w:val="00CB0664"/>
    <w:rPr>
      <w:rFonts w:ascii="Calibri" w:hAnsi="Calibri"/>
      <w:color w:val="000000"/>
    </w:rPr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/>
    </w:tcPr>
    <w:tblStylePr w:type="firstRow">
      <w:rPr>
        <w:b/>
        <w:bCs/>
        <w:color w:val="000000"/>
      </w:rPr>
      <w:tblPr/>
      <w:tcPr>
        <w:shd w:val="clear" w:color="auto" w:fill="F8EDED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tcBorders>
          <w:insideH w:val="single" w:sz="6" w:space="0" w:color="C0504D"/>
          <w:insideV w:val="single" w:sz="6" w:space="0" w:color="C0504D"/>
        </w:tcBorders>
        <w:shd w:val="clear" w:color="auto" w:fill="DFA7A6"/>
      </w:tcPr>
    </w:tblStylePr>
    <w:tblStylePr w:type="nwCell">
      <w:tblPr/>
      <w:tcPr>
        <w:shd w:val="clear" w:color="auto" w:fill="FFFFFF"/>
      </w:tcPr>
    </w:tblStylePr>
  </w:style>
  <w:style w:type="table" w:styleId="Grigliamedia2-Colore3">
    <w:name w:val="Medium Grid 2 Accent 3"/>
    <w:basedOn w:val="Tabellanormale"/>
    <w:uiPriority w:val="68"/>
    <w:rsid w:val="00CB0664"/>
    <w:rPr>
      <w:rFonts w:ascii="Calibri" w:hAnsi="Calibri"/>
      <w:color w:val="000000"/>
    </w:rPr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/>
    </w:tcPr>
    <w:tblStylePr w:type="firstRow">
      <w:rPr>
        <w:b/>
        <w:bCs/>
        <w:color w:val="000000"/>
      </w:rPr>
      <w:tblPr/>
      <w:tcPr>
        <w:shd w:val="clear" w:color="auto" w:fill="F5F8EE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tcBorders>
          <w:insideH w:val="single" w:sz="6" w:space="0" w:color="9BBB59"/>
          <w:insideV w:val="single" w:sz="6" w:space="0" w:color="9BBB59"/>
        </w:tcBorders>
        <w:shd w:val="clear" w:color="auto" w:fill="CDDDAC"/>
      </w:tcPr>
    </w:tblStylePr>
    <w:tblStylePr w:type="nwCell">
      <w:tblPr/>
      <w:tcPr>
        <w:shd w:val="clear" w:color="auto" w:fill="FFFFFF"/>
      </w:tcPr>
    </w:tblStylePr>
  </w:style>
  <w:style w:type="table" w:styleId="Grigliamedia2-Colore4">
    <w:name w:val="Medium Grid 2 Accent 4"/>
    <w:basedOn w:val="Tabellanormale"/>
    <w:uiPriority w:val="68"/>
    <w:rsid w:val="00CB0664"/>
    <w:rPr>
      <w:rFonts w:ascii="Calibri" w:hAnsi="Calibri"/>
      <w:color w:val="000000"/>
    </w:rPr>
    <w:tblPr>
      <w:tblStyleRowBandSize w:val="1"/>
      <w:tblStyleColBandSize w:val="1"/>
      <w:tblInd w:w="0" w:type="dxa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  <w:tblStylePr w:type="firstRow">
      <w:rPr>
        <w:b/>
        <w:bCs/>
        <w:color w:val="000000"/>
      </w:rPr>
      <w:tblPr/>
      <w:tcPr>
        <w:shd w:val="clear" w:color="auto" w:fill="F2EFF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insideH w:val="single" w:sz="6" w:space="0" w:color="8064A2"/>
          <w:insideV w:val="single" w:sz="6" w:space="0" w:color="8064A2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styleId="Grigliamedia2-Colore5">
    <w:name w:val="Medium Grid 2 Accent 5"/>
    <w:basedOn w:val="Tabellanormale"/>
    <w:uiPriority w:val="68"/>
    <w:rsid w:val="00CB0664"/>
    <w:rPr>
      <w:rFonts w:ascii="Calibri" w:hAnsi="Calibri"/>
      <w:color w:val="000000"/>
    </w:rPr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color w:val="000000"/>
      </w:rPr>
      <w:tblPr/>
      <w:tcPr>
        <w:shd w:val="clear" w:color="auto" w:fill="EDF6F9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tcBorders>
          <w:insideH w:val="single" w:sz="6" w:space="0" w:color="4BACC6"/>
          <w:insideV w:val="single" w:sz="6" w:space="0" w:color="4BACC6"/>
        </w:tcBorders>
        <w:shd w:val="clear" w:color="auto" w:fill="A5D5E2"/>
      </w:tcPr>
    </w:tblStylePr>
    <w:tblStylePr w:type="nwCell">
      <w:tblPr/>
      <w:tcPr>
        <w:shd w:val="clear" w:color="auto" w:fill="FFFFFF"/>
      </w:tcPr>
    </w:tblStylePr>
  </w:style>
  <w:style w:type="table" w:styleId="Grigliamedia2-Colore6">
    <w:name w:val="Medium Grid 2 Accent 6"/>
    <w:basedOn w:val="Tabellanormale"/>
    <w:uiPriority w:val="68"/>
    <w:rsid w:val="00CB0664"/>
    <w:rPr>
      <w:rFonts w:ascii="Calibri" w:hAnsi="Calibri"/>
      <w:color w:val="000000"/>
    </w:rPr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  <w:color w:val="000000"/>
      </w:rPr>
      <w:tblPr/>
      <w:tcPr>
        <w:shd w:val="clear" w:color="auto" w:fill="FEF4EC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insideH w:val="single" w:sz="6" w:space="0" w:color="F79646"/>
          <w:insideV w:val="single" w:sz="6" w:space="0" w:color="F79646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styleId="Grigliamedia3">
    <w:name w:val="Medium Grid 3"/>
    <w:basedOn w:val="Tabellanormale"/>
    <w:uiPriority w:val="69"/>
    <w:rsid w:val="00CB0664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0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000000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80808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808080"/>
      </w:tcPr>
    </w:tblStylePr>
  </w:style>
  <w:style w:type="table" w:styleId="Grigliamedia3-Colore1">
    <w:name w:val="Medium Grid 3 Accent 1"/>
    <w:basedOn w:val="Tabellanormale"/>
    <w:uiPriority w:val="69"/>
    <w:rsid w:val="00CB0664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table" w:styleId="Grigliamedia3-Colore2">
    <w:name w:val="Medium Grid 3 Accent 2"/>
    <w:basedOn w:val="Tabellanormale"/>
    <w:uiPriority w:val="69"/>
    <w:rsid w:val="00CB0664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table" w:styleId="Grigliamedia3-Colore3">
    <w:name w:val="Medium Grid 3 Accent 3"/>
    <w:basedOn w:val="Tabellanormale"/>
    <w:uiPriority w:val="69"/>
    <w:rsid w:val="00CB0664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styleId="Grigliamedia3-Colore4">
    <w:name w:val="Medium Grid 3 Accent 4"/>
    <w:basedOn w:val="Tabellanormale"/>
    <w:uiPriority w:val="69"/>
    <w:rsid w:val="00CB0664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styleId="Grigliamedia3-Colore5">
    <w:name w:val="Medium Grid 3 Accent 5"/>
    <w:basedOn w:val="Tabellanormale"/>
    <w:uiPriority w:val="69"/>
    <w:rsid w:val="00CB0664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styleId="Grigliamedia3-Colore6">
    <w:name w:val="Medium Grid 3 Accent 6"/>
    <w:basedOn w:val="Tabellanormale"/>
    <w:uiPriority w:val="69"/>
    <w:rsid w:val="00CB0664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styleId="Elencoscuro">
    <w:name w:val="Dark List"/>
    <w:basedOn w:val="Tabellanormale"/>
    <w:uiPriority w:val="70"/>
    <w:rsid w:val="00CB0664"/>
    <w:rPr>
      <w:color w:val="FFFFF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000000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</w:style>
  <w:style w:type="table" w:styleId="Elencoscuro-Colore1">
    <w:name w:val="Dark List Accent 1"/>
    <w:basedOn w:val="Tabellanormale"/>
    <w:uiPriority w:val="70"/>
    <w:rsid w:val="00CB0664"/>
    <w:rPr>
      <w:color w:val="FFFFF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43F6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65F91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</w:style>
  <w:style w:type="table" w:styleId="Elencoscuro-Colore2">
    <w:name w:val="Dark List Accent 2"/>
    <w:basedOn w:val="Tabellanormale"/>
    <w:uiPriority w:val="70"/>
    <w:rsid w:val="00CB0664"/>
    <w:rPr>
      <w:color w:val="FFFFF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622423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943634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943634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</w:style>
  <w:style w:type="table" w:styleId="Elencoscuro-Colore3">
    <w:name w:val="Dark List Accent 3"/>
    <w:basedOn w:val="Tabellanormale"/>
    <w:uiPriority w:val="70"/>
    <w:rsid w:val="00CB0664"/>
    <w:rPr>
      <w:color w:val="FFFFF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styleId="Elencoscuro-Colore4">
    <w:name w:val="Dark List Accent 4"/>
    <w:basedOn w:val="Tabellanormale"/>
    <w:uiPriority w:val="70"/>
    <w:rsid w:val="00CB0664"/>
    <w:rPr>
      <w:color w:val="FFFFF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3F3151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5F497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5F497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</w:style>
  <w:style w:type="table" w:styleId="Elencoscuro-Colore5">
    <w:name w:val="Dark List Accent 5"/>
    <w:basedOn w:val="Tabellanormale"/>
    <w:uiPriority w:val="70"/>
    <w:rsid w:val="00CB0664"/>
    <w:rPr>
      <w:color w:val="FFFFF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table" w:styleId="Elencoscuro-Colore6">
    <w:name w:val="Dark List Accent 6"/>
    <w:basedOn w:val="Tabellanormale"/>
    <w:uiPriority w:val="70"/>
    <w:rsid w:val="00CB0664"/>
    <w:rPr>
      <w:color w:val="FFFFF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Sfondoacolori">
    <w:name w:val="Colorful Shading"/>
    <w:basedOn w:val="Tabellanormale"/>
    <w:uiPriority w:val="71"/>
    <w:rsid w:val="00CB0664"/>
    <w:rPr>
      <w:color w:val="000000"/>
    </w:rPr>
    <w:tblPr>
      <w:tblStyleRowBandSize w:val="1"/>
      <w:tblStyleColBandSize w:val="1"/>
      <w:tblInd w:w="0" w:type="dxa"/>
      <w:tblBorders>
        <w:top w:val="single" w:sz="24" w:space="0" w:color="C0504D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00000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000000"/>
          <w:insideV w:val="nil"/>
        </w:tcBorders>
        <w:shd w:val="clear" w:color="auto" w:fill="00000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80808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Sfondoacolori-Colore1">
    <w:name w:val="Colorful Shading Accent 1"/>
    <w:basedOn w:val="Tabellanormale"/>
    <w:uiPriority w:val="71"/>
    <w:rsid w:val="00CB0664"/>
    <w:rPr>
      <w:color w:val="000000"/>
    </w:rPr>
    <w:tblPr>
      <w:tblStyleRowBandSize w:val="1"/>
      <w:tblStyleColBandSize w:val="1"/>
      <w:tblInd w:w="0" w:type="dxa"/>
      <w:tblBorders>
        <w:top w:val="single" w:sz="24" w:space="0" w:color="C0504D"/>
        <w:left w:val="single" w:sz="4" w:space="0" w:color="4F81BD"/>
        <w:bottom w:val="single" w:sz="4" w:space="0" w:color="4F81BD"/>
        <w:right w:val="single" w:sz="4" w:space="0" w:color="4F81BD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C4C74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2C4C74"/>
          <w:insideV w:val="nil"/>
        </w:tcBorders>
        <w:shd w:val="clear" w:color="auto" w:fill="2C4C74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Sfondoacolori-Colore2">
    <w:name w:val="Colorful Shading Accent 2"/>
    <w:basedOn w:val="Tabellanormale"/>
    <w:uiPriority w:val="71"/>
    <w:rsid w:val="00CB0664"/>
    <w:rPr>
      <w:color w:val="000000"/>
    </w:rPr>
    <w:tblPr>
      <w:tblStyleRowBandSize w:val="1"/>
      <w:tblStyleColBandSize w:val="1"/>
      <w:tblInd w:w="0" w:type="dxa"/>
      <w:tblBorders>
        <w:top w:val="single" w:sz="2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772C2A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772C2A"/>
          <w:insideV w:val="nil"/>
        </w:tcBorders>
        <w:shd w:val="clear" w:color="auto" w:fill="772C2A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/>
      </w:tcPr>
    </w:tblStylePr>
    <w:tblStylePr w:type="band1Vert">
      <w:tblPr/>
      <w:tcPr>
        <w:shd w:val="clear" w:color="auto" w:fill="E5B8B7"/>
      </w:tcPr>
    </w:tblStylePr>
    <w:tblStylePr w:type="band1Horz">
      <w:tblPr/>
      <w:tcPr>
        <w:shd w:val="clear" w:color="auto" w:fill="DFA7A6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Sfondoacolori-Colore3">
    <w:name w:val="Colorful Shading Accent 3"/>
    <w:basedOn w:val="Tabellanormale"/>
    <w:uiPriority w:val="71"/>
    <w:rsid w:val="00CB0664"/>
    <w:rPr>
      <w:color w:val="000000"/>
    </w:rPr>
    <w:tblPr>
      <w:tblStyleRowBandSize w:val="1"/>
      <w:tblStyleColBandSize w:val="1"/>
      <w:tblInd w:w="0" w:type="dxa"/>
      <w:tblBorders>
        <w:top w:val="single" w:sz="24" w:space="0" w:color="8064A2"/>
        <w:left w:val="single" w:sz="4" w:space="0" w:color="9BBB59"/>
        <w:bottom w:val="single" w:sz="4" w:space="0" w:color="9BBB59"/>
        <w:right w:val="single" w:sz="4" w:space="0" w:color="9BBB59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5E753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5E7530"/>
          <w:insideV w:val="nil"/>
        </w:tcBorders>
        <w:shd w:val="clear" w:color="auto" w:fill="5E753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/>
      </w:tcPr>
    </w:tblStylePr>
    <w:tblStylePr w:type="band1Vert">
      <w:tblPr/>
      <w:tcPr>
        <w:shd w:val="clear" w:color="auto" w:fill="D6E3BC"/>
      </w:tcPr>
    </w:tblStylePr>
    <w:tblStylePr w:type="band1Horz">
      <w:tblPr/>
      <w:tcPr>
        <w:shd w:val="clear" w:color="auto" w:fill="CDDDAC"/>
      </w:tcPr>
    </w:tblStylePr>
  </w:style>
  <w:style w:type="table" w:styleId="Sfondoacolori-Colore4">
    <w:name w:val="Colorful Shading Accent 4"/>
    <w:basedOn w:val="Tabellanormale"/>
    <w:uiPriority w:val="71"/>
    <w:rsid w:val="00CB0664"/>
    <w:rPr>
      <w:color w:val="000000"/>
    </w:rPr>
    <w:tblPr>
      <w:tblStyleRowBandSize w:val="1"/>
      <w:tblStyleColBandSize w:val="1"/>
      <w:tblInd w:w="0" w:type="dxa"/>
      <w:tblBorders>
        <w:top w:val="single" w:sz="24" w:space="0" w:color="9BBB59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4C3B62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4C3B62"/>
          <w:insideV w:val="nil"/>
        </w:tcBorders>
        <w:shd w:val="clear" w:color="auto" w:fill="4C3B62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/>
      </w:tcPr>
    </w:tblStylePr>
    <w:tblStylePr w:type="band1Vert">
      <w:tblPr/>
      <w:tcPr>
        <w:shd w:val="clear" w:color="auto" w:fill="CCC0D9"/>
      </w:tcPr>
    </w:tblStylePr>
    <w:tblStylePr w:type="band1Horz">
      <w:tblPr/>
      <w:tcPr>
        <w:shd w:val="clear" w:color="auto" w:fill="BFB1D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Sfondoacolori-Colore5">
    <w:name w:val="Colorful Shading Accent 5"/>
    <w:basedOn w:val="Tabellanormale"/>
    <w:uiPriority w:val="71"/>
    <w:rsid w:val="00CB0664"/>
    <w:rPr>
      <w:color w:val="000000"/>
    </w:rPr>
    <w:tblPr>
      <w:tblStyleRowBandSize w:val="1"/>
      <w:tblStyleColBandSize w:val="1"/>
      <w:tblInd w:w="0" w:type="dxa"/>
      <w:tblBorders>
        <w:top w:val="single" w:sz="24" w:space="0" w:color="F7964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76A7C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276A7C"/>
          <w:insideV w:val="nil"/>
        </w:tcBorders>
        <w:shd w:val="clear" w:color="auto" w:fill="276A7C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A5D5E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Sfondoacolori-Colore6">
    <w:name w:val="Colorful Shading Accent 6"/>
    <w:basedOn w:val="Tabellanormale"/>
    <w:uiPriority w:val="71"/>
    <w:rsid w:val="00CB0664"/>
    <w:rPr>
      <w:color w:val="000000"/>
    </w:rPr>
    <w:tblPr>
      <w:tblStyleRowBandSize w:val="1"/>
      <w:tblStyleColBandSize w:val="1"/>
      <w:tblInd w:w="0" w:type="dxa"/>
      <w:tblBorders>
        <w:top w:val="single" w:sz="24" w:space="0" w:color="4BACC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B65608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B65608"/>
          <w:insideV w:val="nil"/>
        </w:tcBorders>
        <w:shd w:val="clear" w:color="auto" w:fill="B65608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/>
      </w:tcPr>
    </w:tblStylePr>
    <w:tblStylePr w:type="band1Vert">
      <w:tblPr/>
      <w:tcPr>
        <w:shd w:val="clear" w:color="auto" w:fill="FBD4B4"/>
      </w:tcPr>
    </w:tblStylePr>
    <w:tblStylePr w:type="band1Horz">
      <w:tblPr/>
      <w:tcPr>
        <w:shd w:val="clear" w:color="auto" w:fill="FBCAA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Elencoacolori">
    <w:name w:val="Colorful List"/>
    <w:basedOn w:val="Tabellanormale"/>
    <w:uiPriority w:val="72"/>
    <w:rsid w:val="00CB0664"/>
    <w:rPr>
      <w:color w:val="00000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shd w:val="clear" w:color="auto" w:fill="CCCCCC"/>
      </w:tcPr>
    </w:tblStylePr>
  </w:style>
  <w:style w:type="table" w:styleId="Elencoacolori-Colore1">
    <w:name w:val="Colorful List Accent 1"/>
    <w:basedOn w:val="Tabellanormale"/>
    <w:uiPriority w:val="72"/>
    <w:rsid w:val="00CB0664"/>
    <w:rPr>
      <w:color w:val="00000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shd w:val="clear" w:color="auto" w:fill="DBE5F1"/>
      </w:tcPr>
    </w:tblStylePr>
  </w:style>
  <w:style w:type="table" w:styleId="Elencoacolori-Colore2">
    <w:name w:val="Colorful List Accent 2"/>
    <w:basedOn w:val="Tabellanormale"/>
    <w:uiPriority w:val="72"/>
    <w:rsid w:val="00CB0664"/>
    <w:rPr>
      <w:color w:val="00000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shd w:val="clear" w:color="auto" w:fill="F2DBDB"/>
      </w:tcPr>
    </w:tblStylePr>
  </w:style>
  <w:style w:type="table" w:styleId="Elencoacolori-Colore3">
    <w:name w:val="Colorful List Accent 3"/>
    <w:basedOn w:val="Tabellanormale"/>
    <w:uiPriority w:val="72"/>
    <w:rsid w:val="00CB0664"/>
    <w:rPr>
      <w:color w:val="00000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664E82"/>
      </w:tcPr>
    </w:tblStylePr>
    <w:tblStylePr w:type="lastRow">
      <w:rPr>
        <w:b/>
        <w:bCs/>
        <w:color w:val="664E82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shd w:val="clear" w:color="auto" w:fill="EAF1DD"/>
      </w:tcPr>
    </w:tblStylePr>
  </w:style>
  <w:style w:type="table" w:styleId="Elencoacolori-Colore4">
    <w:name w:val="Colorful List Accent 4"/>
    <w:basedOn w:val="Tabellanormale"/>
    <w:uiPriority w:val="72"/>
    <w:rsid w:val="00CB0664"/>
    <w:rPr>
      <w:color w:val="00000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7E9C40"/>
      </w:tcPr>
    </w:tblStylePr>
    <w:tblStylePr w:type="lastRow">
      <w:rPr>
        <w:b/>
        <w:bCs/>
        <w:color w:val="7E9C40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table" w:styleId="Elencoacolori-Colore5">
    <w:name w:val="Colorful List Accent 5"/>
    <w:basedOn w:val="Tabellanormale"/>
    <w:uiPriority w:val="72"/>
    <w:rsid w:val="00CB0664"/>
    <w:rPr>
      <w:color w:val="00000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F2730A"/>
      </w:tcPr>
    </w:tblStylePr>
    <w:tblStylePr w:type="lastRow">
      <w:rPr>
        <w:b/>
        <w:bCs/>
        <w:color w:val="F2730A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shd w:val="clear" w:color="auto" w:fill="DAEEF3"/>
      </w:tcPr>
    </w:tblStylePr>
  </w:style>
  <w:style w:type="table" w:styleId="Elencoacolori-Colore6">
    <w:name w:val="Colorful List Accent 6"/>
    <w:basedOn w:val="Tabellanormale"/>
    <w:uiPriority w:val="72"/>
    <w:rsid w:val="00CB0664"/>
    <w:rPr>
      <w:color w:val="00000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table" w:styleId="Grigliaacolori">
    <w:name w:val="Colorful Grid"/>
    <w:basedOn w:val="Tabellanormale"/>
    <w:uiPriority w:val="73"/>
    <w:rsid w:val="00CB0664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/>
    </w:tcPr>
    <w:tblStylePr w:type="firstRow">
      <w:rPr>
        <w:b/>
        <w:bCs/>
      </w:rPr>
      <w:tblPr/>
      <w:tcPr>
        <w:shd w:val="clear" w:color="auto" w:fill="999999"/>
      </w:tcPr>
    </w:tblStylePr>
    <w:tblStylePr w:type="lastRow">
      <w:rPr>
        <w:b/>
        <w:bCs/>
        <w:color w:val="000000"/>
      </w:rPr>
      <w:tblPr/>
      <w:tcPr>
        <w:shd w:val="clear" w:color="auto" w:fill="999999"/>
      </w:tcPr>
    </w:tblStylePr>
    <w:tblStylePr w:type="firstCol">
      <w:rPr>
        <w:color w:val="FFFFFF"/>
      </w:rPr>
      <w:tblPr/>
      <w:tcPr>
        <w:shd w:val="clear" w:color="auto" w:fill="000000"/>
      </w:tcPr>
    </w:tblStylePr>
    <w:tblStylePr w:type="lastCol">
      <w:rPr>
        <w:color w:val="FFFFFF"/>
      </w:rPr>
      <w:tblPr/>
      <w:tcPr>
        <w:shd w:val="clear" w:color="auto" w:fill="000000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Grigliaacolori-Colore1">
    <w:name w:val="Colorful Grid Accent 1"/>
    <w:basedOn w:val="Tabellanormale"/>
    <w:uiPriority w:val="73"/>
    <w:rsid w:val="00CB0664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/>
    </w:tcPr>
    <w:tblStylePr w:type="firstRow">
      <w:rPr>
        <w:b/>
        <w:bCs/>
      </w:rPr>
      <w:tblPr/>
      <w:tcPr>
        <w:shd w:val="clear" w:color="auto" w:fill="B8CCE4"/>
      </w:tcPr>
    </w:tblStylePr>
    <w:tblStylePr w:type="lastRow">
      <w:rPr>
        <w:b/>
        <w:bCs/>
        <w:color w:val="000000"/>
      </w:rPr>
      <w:tblPr/>
      <w:tcPr>
        <w:shd w:val="clear" w:color="auto" w:fill="B8CCE4"/>
      </w:tcPr>
    </w:tblStylePr>
    <w:tblStylePr w:type="firstCol">
      <w:rPr>
        <w:color w:val="FFFFFF"/>
      </w:rPr>
      <w:tblPr/>
      <w:tcPr>
        <w:shd w:val="clear" w:color="auto" w:fill="365F91"/>
      </w:tcPr>
    </w:tblStylePr>
    <w:tblStylePr w:type="lastCol">
      <w:rPr>
        <w:color w:val="FFFFFF"/>
      </w:rPr>
      <w:tblPr/>
      <w:tcPr>
        <w:shd w:val="clear" w:color="auto" w:fill="365F9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Grigliaacolori-Colore2">
    <w:name w:val="Colorful Grid Accent 2"/>
    <w:basedOn w:val="Tabellanormale"/>
    <w:uiPriority w:val="73"/>
    <w:rsid w:val="00CB0664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/>
    </w:tcPr>
    <w:tblStylePr w:type="firstRow">
      <w:rPr>
        <w:b/>
        <w:bCs/>
      </w:rPr>
      <w:tblPr/>
      <w:tcPr>
        <w:shd w:val="clear" w:color="auto" w:fill="E5B8B7"/>
      </w:tcPr>
    </w:tblStylePr>
    <w:tblStylePr w:type="lastRow">
      <w:rPr>
        <w:b/>
        <w:bCs/>
        <w:color w:val="000000"/>
      </w:rPr>
      <w:tblPr/>
      <w:tcPr>
        <w:shd w:val="clear" w:color="auto" w:fill="E5B8B7"/>
      </w:tcPr>
    </w:tblStylePr>
    <w:tblStylePr w:type="firstCol">
      <w:rPr>
        <w:color w:val="FFFFFF"/>
      </w:rPr>
      <w:tblPr/>
      <w:tcPr>
        <w:shd w:val="clear" w:color="auto" w:fill="943634"/>
      </w:tcPr>
    </w:tblStylePr>
    <w:tblStylePr w:type="lastCol">
      <w:rPr>
        <w:color w:val="FFFFFF"/>
      </w:rPr>
      <w:tblPr/>
      <w:tcPr>
        <w:shd w:val="clear" w:color="auto" w:fill="943634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Grigliaacolori-Colore3">
    <w:name w:val="Colorful Grid Accent 3"/>
    <w:basedOn w:val="Tabellanormale"/>
    <w:uiPriority w:val="73"/>
    <w:rsid w:val="00CB0664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/>
    </w:tcPr>
    <w:tblStylePr w:type="firstRow">
      <w:rPr>
        <w:b/>
        <w:bCs/>
      </w:rPr>
      <w:tblPr/>
      <w:tcPr>
        <w:shd w:val="clear" w:color="auto" w:fill="D6E3BC"/>
      </w:tcPr>
    </w:tblStylePr>
    <w:tblStylePr w:type="lastRow">
      <w:rPr>
        <w:b/>
        <w:bCs/>
        <w:color w:val="000000"/>
      </w:rPr>
      <w:tblPr/>
      <w:tcPr>
        <w:shd w:val="clear" w:color="auto" w:fill="D6E3BC"/>
      </w:tcPr>
    </w:tblStylePr>
    <w:tblStylePr w:type="firstCol">
      <w:rPr>
        <w:color w:val="FFFFFF"/>
      </w:rPr>
      <w:tblPr/>
      <w:tcPr>
        <w:shd w:val="clear" w:color="auto" w:fill="76923C"/>
      </w:tcPr>
    </w:tblStylePr>
    <w:tblStylePr w:type="lastCol">
      <w:rPr>
        <w:color w:val="FFFFFF"/>
      </w:rPr>
      <w:tblPr/>
      <w:tcPr>
        <w:shd w:val="clear" w:color="auto" w:fill="76923C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Grigliaacolori-Colore4">
    <w:name w:val="Colorful Grid Accent 4"/>
    <w:basedOn w:val="Tabellanormale"/>
    <w:uiPriority w:val="73"/>
    <w:rsid w:val="00CB0664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Grigliaacolori-Colore5">
    <w:name w:val="Colorful Grid Accent 5"/>
    <w:basedOn w:val="Tabellanormale"/>
    <w:uiPriority w:val="73"/>
    <w:rsid w:val="00CB0664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Grigliaacolori-Colore6">
    <w:name w:val="Colorful Grid Accent 6"/>
    <w:basedOn w:val="Tabellanormale"/>
    <w:uiPriority w:val="73"/>
    <w:rsid w:val="00CB0664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/>
    </w:tcPr>
    <w:tblStylePr w:type="firstRow">
      <w:rPr>
        <w:b/>
        <w:bCs/>
      </w:rPr>
      <w:tblPr/>
      <w:tcPr>
        <w:shd w:val="clear" w:color="auto" w:fill="FBD4B4"/>
      </w:tcPr>
    </w:tblStylePr>
    <w:tblStylePr w:type="lastRow">
      <w:rPr>
        <w:b/>
        <w:bCs/>
        <w:color w:val="000000"/>
      </w:rPr>
      <w:tblPr/>
      <w:tcPr>
        <w:shd w:val="clear" w:color="auto" w:fill="FBD4B4"/>
      </w:tcPr>
    </w:tblStylePr>
    <w:tblStylePr w:type="firstCol">
      <w:rPr>
        <w:color w:val="FFFFFF"/>
      </w:rPr>
      <w:tblPr/>
      <w:tcPr>
        <w:shd w:val="clear" w:color="auto" w:fill="E36C0A"/>
      </w:tcPr>
    </w:tblStylePr>
    <w:tblStylePr w:type="lastCol">
      <w:rPr>
        <w:color w:val="FFFFFF"/>
      </w:rPr>
      <w:tblPr/>
      <w:tcPr>
        <w:shd w:val="clear" w:color="auto" w:fill="E36C0A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75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75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CD79CD9-0BEC-477E-8113-CD01E1DFFE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512</Words>
  <Characters>2920</Characters>
  <Application>Microsoft Office Word</Application>
  <DocSecurity>0</DocSecurity>
  <Lines>24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3426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python-docx</dc:creator>
  <dc:description>generated by python-docx</dc:description>
  <cp:lastModifiedBy>MR Lentisco</cp:lastModifiedBy>
  <cp:revision>2</cp:revision>
  <cp:lastPrinted>2025-07-09T10:17:00Z</cp:lastPrinted>
  <dcterms:created xsi:type="dcterms:W3CDTF">2025-11-13T10:57:00Z</dcterms:created>
  <dcterms:modified xsi:type="dcterms:W3CDTF">2025-11-13T10:57:00Z</dcterms:modified>
</cp:coreProperties>
</file>